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C3726" w14:textId="77777777" w:rsidR="0065522F" w:rsidRPr="00E46A88" w:rsidRDefault="00000000" w:rsidP="00C36E75">
      <w:pPr>
        <w:spacing w:after="0"/>
        <w:ind w:left="4320"/>
        <w:jc w:val="both"/>
        <w:rPr>
          <w:rFonts w:ascii="Boston" w:hAnsi="Boston"/>
          <w:sz w:val="22"/>
        </w:rPr>
      </w:pPr>
      <w:proofErr w:type="spellStart"/>
      <w:r w:rsidRPr="00E46A88">
        <w:rPr>
          <w:rFonts w:ascii="Boston" w:hAnsi="Boston"/>
          <w:b/>
          <w:sz w:val="22"/>
        </w:rPr>
        <w:t>Załącznik</w:t>
      </w:r>
      <w:proofErr w:type="spellEnd"/>
      <w:r w:rsidRPr="00E46A88">
        <w:rPr>
          <w:rFonts w:ascii="Boston" w:hAnsi="Boston"/>
          <w:b/>
          <w:sz w:val="22"/>
        </w:rPr>
        <w:t xml:space="preserve"> nr 1</w:t>
      </w:r>
    </w:p>
    <w:p w14:paraId="496C8466" w14:textId="73ACDD53" w:rsidR="0065522F" w:rsidRPr="00E46A88" w:rsidRDefault="00000000" w:rsidP="00C36E75">
      <w:pPr>
        <w:spacing w:after="0"/>
        <w:ind w:left="4320"/>
        <w:jc w:val="both"/>
        <w:rPr>
          <w:rFonts w:ascii="Boston" w:hAnsi="Boston"/>
          <w:sz w:val="22"/>
        </w:rPr>
      </w:pPr>
      <w:r w:rsidRPr="00E46A88">
        <w:rPr>
          <w:rFonts w:ascii="Boston" w:hAnsi="Boston"/>
          <w:b/>
          <w:sz w:val="22"/>
        </w:rPr>
        <w:t xml:space="preserve">do </w:t>
      </w:r>
      <w:proofErr w:type="spellStart"/>
      <w:r w:rsidRPr="00E46A88">
        <w:rPr>
          <w:rFonts w:ascii="Boston" w:hAnsi="Boston"/>
          <w:b/>
          <w:sz w:val="22"/>
        </w:rPr>
        <w:t>Zarządzenia</w:t>
      </w:r>
      <w:proofErr w:type="spellEnd"/>
      <w:r w:rsidRPr="00E46A88">
        <w:rPr>
          <w:rFonts w:ascii="Boston" w:hAnsi="Boston"/>
          <w:b/>
          <w:sz w:val="22"/>
        </w:rPr>
        <w:t xml:space="preserve"> nr </w:t>
      </w:r>
      <w:r w:rsidR="00FB03E3">
        <w:rPr>
          <w:rFonts w:ascii="Boston" w:hAnsi="Boston"/>
          <w:b/>
          <w:sz w:val="22"/>
        </w:rPr>
        <w:t>11</w:t>
      </w:r>
      <w:r w:rsidRPr="00E46A88">
        <w:rPr>
          <w:rFonts w:ascii="Boston" w:hAnsi="Boston"/>
          <w:b/>
          <w:sz w:val="22"/>
        </w:rPr>
        <w:t>/2026</w:t>
      </w:r>
    </w:p>
    <w:p w14:paraId="632008FE" w14:textId="58705E4F" w:rsidR="0065522F" w:rsidRPr="00E46A88" w:rsidRDefault="00000000" w:rsidP="00C36E75">
      <w:pPr>
        <w:spacing w:after="0"/>
        <w:ind w:left="4320"/>
        <w:jc w:val="both"/>
        <w:rPr>
          <w:rFonts w:ascii="Boston" w:hAnsi="Boston"/>
          <w:sz w:val="22"/>
        </w:rPr>
      </w:pPr>
      <w:proofErr w:type="spellStart"/>
      <w:r w:rsidRPr="00E46A88">
        <w:rPr>
          <w:rFonts w:ascii="Boston" w:hAnsi="Boston"/>
          <w:b/>
          <w:sz w:val="22"/>
        </w:rPr>
        <w:t>Dyrektora</w:t>
      </w:r>
      <w:proofErr w:type="spellEnd"/>
      <w:r w:rsidRPr="00E46A88">
        <w:rPr>
          <w:rFonts w:ascii="Boston" w:hAnsi="Boston"/>
          <w:b/>
          <w:sz w:val="22"/>
        </w:rPr>
        <w:t xml:space="preserve"> </w:t>
      </w:r>
      <w:r w:rsidR="00E46A88">
        <w:rPr>
          <w:rFonts w:ascii="Boston" w:hAnsi="Boston"/>
          <w:b/>
          <w:sz w:val="22"/>
        </w:rPr>
        <w:t xml:space="preserve">CKIB </w:t>
      </w:r>
      <w:r w:rsidRPr="00E46A88">
        <w:rPr>
          <w:rFonts w:ascii="Boston" w:hAnsi="Boston"/>
          <w:b/>
          <w:sz w:val="22"/>
        </w:rPr>
        <w:t xml:space="preserve">w </w:t>
      </w:r>
      <w:proofErr w:type="spellStart"/>
      <w:r w:rsidRPr="00E46A88">
        <w:rPr>
          <w:rFonts w:ascii="Boston" w:hAnsi="Boston"/>
          <w:b/>
          <w:sz w:val="22"/>
        </w:rPr>
        <w:t>Kornowacu</w:t>
      </w:r>
      <w:proofErr w:type="spellEnd"/>
    </w:p>
    <w:p w14:paraId="5F05E8D0" w14:textId="77777777" w:rsidR="0065522F" w:rsidRPr="00E46A88" w:rsidRDefault="00000000" w:rsidP="00C36E75">
      <w:pPr>
        <w:spacing w:after="0"/>
        <w:ind w:left="4320"/>
        <w:jc w:val="both"/>
        <w:rPr>
          <w:rFonts w:ascii="Boston" w:hAnsi="Boston"/>
          <w:sz w:val="22"/>
        </w:rPr>
      </w:pPr>
      <w:r w:rsidRPr="00E46A88">
        <w:rPr>
          <w:rFonts w:ascii="Boston" w:hAnsi="Boston"/>
          <w:b/>
          <w:sz w:val="22"/>
        </w:rPr>
        <w:t xml:space="preserve">z </w:t>
      </w:r>
      <w:proofErr w:type="spellStart"/>
      <w:r w:rsidRPr="00E46A88">
        <w:rPr>
          <w:rFonts w:ascii="Boston" w:hAnsi="Boston"/>
          <w:b/>
          <w:sz w:val="22"/>
        </w:rPr>
        <w:t>dnia</w:t>
      </w:r>
      <w:proofErr w:type="spellEnd"/>
      <w:r w:rsidRPr="00E46A88">
        <w:rPr>
          <w:rFonts w:ascii="Boston" w:hAnsi="Boston"/>
          <w:b/>
          <w:sz w:val="22"/>
        </w:rPr>
        <w:t xml:space="preserve"> 1 </w:t>
      </w:r>
      <w:proofErr w:type="spellStart"/>
      <w:r w:rsidRPr="00E46A88">
        <w:rPr>
          <w:rFonts w:ascii="Boston" w:hAnsi="Boston"/>
          <w:b/>
          <w:sz w:val="22"/>
        </w:rPr>
        <w:t>września</w:t>
      </w:r>
      <w:proofErr w:type="spellEnd"/>
      <w:r w:rsidRPr="00E46A88">
        <w:rPr>
          <w:rFonts w:ascii="Boston" w:hAnsi="Boston"/>
          <w:b/>
          <w:sz w:val="22"/>
        </w:rPr>
        <w:t xml:space="preserve"> 2026 r.</w:t>
      </w:r>
    </w:p>
    <w:p w14:paraId="00C16D07" w14:textId="77777777" w:rsidR="0065522F" w:rsidRPr="00C36E75" w:rsidRDefault="00000000" w:rsidP="00C36E75">
      <w:pPr>
        <w:spacing w:after="100"/>
        <w:jc w:val="center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b/>
          <w:sz w:val="24"/>
          <w:szCs w:val="24"/>
        </w:rPr>
        <w:t>REGULAMIN UCZESTNICTWA W ZAJĘCIACH</w:t>
      </w:r>
    </w:p>
    <w:p w14:paraId="2EAAEB9B" w14:textId="4419CA7E" w:rsidR="0065522F" w:rsidRPr="00C36E75" w:rsidRDefault="00000000" w:rsidP="00C36E75">
      <w:pPr>
        <w:spacing w:after="100"/>
        <w:jc w:val="center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b/>
          <w:sz w:val="24"/>
          <w:szCs w:val="24"/>
        </w:rPr>
        <w:t>ORGANIZOWANYCH PRZEZ CENTRUM KULTURY I BIBLIOTEK</w:t>
      </w:r>
      <w:r w:rsidR="00C36E75">
        <w:rPr>
          <w:rFonts w:ascii="Boston" w:hAnsi="Boston"/>
          <w:b/>
          <w:sz w:val="24"/>
          <w:szCs w:val="24"/>
        </w:rPr>
        <w:t>I</w:t>
      </w:r>
      <w:r w:rsidRPr="00C36E75">
        <w:rPr>
          <w:rFonts w:ascii="Boston" w:hAnsi="Boston"/>
          <w:b/>
          <w:sz w:val="24"/>
          <w:szCs w:val="24"/>
        </w:rPr>
        <w:t xml:space="preserve"> W KORNOWACU</w:t>
      </w:r>
      <w:r w:rsidR="00C36E75">
        <w:rPr>
          <w:rFonts w:ascii="Boston" w:hAnsi="Boston"/>
          <w:sz w:val="24"/>
          <w:szCs w:val="24"/>
        </w:rPr>
        <w:t xml:space="preserve"> </w:t>
      </w:r>
      <w:r w:rsidRPr="00C36E75">
        <w:rPr>
          <w:rFonts w:ascii="Boston" w:hAnsi="Boston"/>
          <w:b/>
          <w:sz w:val="24"/>
          <w:szCs w:val="24"/>
        </w:rPr>
        <w:t>SEZON 2026/2027</w:t>
      </w:r>
    </w:p>
    <w:p w14:paraId="6E1D77AE" w14:textId="77777777" w:rsidR="0065522F" w:rsidRPr="00C36E75" w:rsidRDefault="00000000" w:rsidP="00C36E75">
      <w:pPr>
        <w:spacing w:before="200" w:after="100"/>
        <w:jc w:val="center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b/>
          <w:sz w:val="24"/>
          <w:szCs w:val="24"/>
        </w:rPr>
        <w:t>I. POSTANOWIENIA OGÓLNE</w:t>
      </w:r>
    </w:p>
    <w:p w14:paraId="7B8532A6" w14:textId="77777777" w:rsidR="0065522F" w:rsidRPr="00C36E75" w:rsidRDefault="00000000" w:rsidP="00C36E75">
      <w:pPr>
        <w:spacing w:before="120" w:after="100"/>
        <w:jc w:val="center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b/>
          <w:sz w:val="24"/>
          <w:szCs w:val="24"/>
        </w:rPr>
        <w:t>§ 1.</w:t>
      </w:r>
    </w:p>
    <w:p w14:paraId="3FF50A35" w14:textId="77777777" w:rsidR="0065522F" w:rsidRPr="00C36E75" w:rsidRDefault="00000000" w:rsidP="00C36E75">
      <w:pPr>
        <w:spacing w:after="80"/>
        <w:jc w:val="both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sz w:val="24"/>
          <w:szCs w:val="24"/>
        </w:rPr>
        <w:t>1. Organizatorem zajęć jest Centrum Kultury i Biblioteka w Kornowacu, ul. Zacisze 27B, 44-285 Kornowac, zwane dalej „CKiB” lub „Organizatorem”.</w:t>
      </w:r>
    </w:p>
    <w:p w14:paraId="36956F7E" w14:textId="77777777" w:rsidR="0065522F" w:rsidRPr="00C36E75" w:rsidRDefault="00000000" w:rsidP="00C36E75">
      <w:pPr>
        <w:spacing w:after="80"/>
        <w:jc w:val="both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sz w:val="24"/>
          <w:szCs w:val="24"/>
        </w:rPr>
        <w:t>2. Regulamin określa zasady uczestnictwa w zajęciach, warsztatach i innych stałych formach działalności edukacyjnej, artystycznej, kulturalnej, rekreacyjnej i sportowej organizowanych przez CKiB w sezonie 2026/2027.</w:t>
      </w:r>
    </w:p>
    <w:p w14:paraId="1DE2FF41" w14:textId="77777777" w:rsidR="0065522F" w:rsidRPr="00C36E75" w:rsidRDefault="00000000" w:rsidP="00C36E75">
      <w:pPr>
        <w:spacing w:after="80"/>
        <w:jc w:val="both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sz w:val="24"/>
          <w:szCs w:val="24"/>
        </w:rPr>
        <w:t>3. Aktualna oferta zajęć, obejmująca w szczególności nazwy zajęć, terminy, miejsca, grupy wiekowe, dostępność miejsc oraz wysokość opłat, jest publikowana na stronie internetowej CKiB oraz w Strefie Zajęć.</w:t>
      </w:r>
    </w:p>
    <w:p w14:paraId="28672938" w14:textId="77777777" w:rsidR="0065522F" w:rsidRPr="00C36E75" w:rsidRDefault="00000000" w:rsidP="00C36E75">
      <w:pPr>
        <w:spacing w:after="80"/>
        <w:jc w:val="both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sz w:val="24"/>
          <w:szCs w:val="24"/>
        </w:rPr>
        <w:t>4. CKiB zastrzega sobie prawo do wprowadzania zmian w ofercie, harmonogramie, terminach, miejscach oraz zasadach organizacji zajęć z przyczyn organizacyjnych, technicznych, kadrowych, losowych lub niezależnych od Organizatora.</w:t>
      </w:r>
    </w:p>
    <w:p w14:paraId="18A5238F" w14:textId="77777777" w:rsidR="0065522F" w:rsidRPr="00C36E75" w:rsidRDefault="00000000" w:rsidP="00C36E75">
      <w:pPr>
        <w:spacing w:after="80"/>
        <w:jc w:val="both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sz w:val="24"/>
          <w:szCs w:val="24"/>
        </w:rPr>
        <w:t>5. Udział w zajęciach oznacza akceptację niniejszego Regulaminu.</w:t>
      </w:r>
    </w:p>
    <w:p w14:paraId="1251F31A" w14:textId="77777777" w:rsidR="0065522F" w:rsidRPr="00C36E75" w:rsidRDefault="00000000" w:rsidP="00C36E75">
      <w:pPr>
        <w:spacing w:after="80"/>
        <w:jc w:val="both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sz w:val="24"/>
          <w:szCs w:val="24"/>
        </w:rPr>
        <w:t>6. W przypadku uczestników małoletnich Regulamin akceptuje rodzic lub opiekun prawny.</w:t>
      </w:r>
    </w:p>
    <w:p w14:paraId="6CE7F13A" w14:textId="77777777" w:rsidR="0065522F" w:rsidRPr="00C36E75" w:rsidRDefault="00000000" w:rsidP="00C36E75">
      <w:pPr>
        <w:spacing w:after="80"/>
        <w:jc w:val="both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sz w:val="24"/>
          <w:szCs w:val="24"/>
        </w:rPr>
        <w:t>7. W sprawach dotyczących zajęć, które wymagają odrębnych zasad, mogą mieć zastosowanie dodatkowe regulaminy lub zasady określone dla konkretnej formy zajęć.</w:t>
      </w:r>
    </w:p>
    <w:p w14:paraId="191E3489" w14:textId="77777777" w:rsidR="0065522F" w:rsidRPr="00C36E75" w:rsidRDefault="00000000" w:rsidP="00C36E75">
      <w:pPr>
        <w:spacing w:before="200" w:after="100"/>
        <w:jc w:val="center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b/>
          <w:sz w:val="24"/>
          <w:szCs w:val="24"/>
        </w:rPr>
        <w:t>II. ZAPISY NA ZAJĘCIA</w:t>
      </w:r>
    </w:p>
    <w:p w14:paraId="36D225FD" w14:textId="77777777" w:rsidR="0065522F" w:rsidRPr="00C36E75" w:rsidRDefault="00000000" w:rsidP="00C36E75">
      <w:pPr>
        <w:spacing w:before="120" w:after="100"/>
        <w:jc w:val="center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b/>
          <w:sz w:val="24"/>
          <w:szCs w:val="24"/>
        </w:rPr>
        <w:t>§ 2.</w:t>
      </w:r>
    </w:p>
    <w:p w14:paraId="370839EC" w14:textId="77777777" w:rsidR="0065522F" w:rsidRPr="00C36E75" w:rsidRDefault="00000000" w:rsidP="00C36E75">
      <w:pPr>
        <w:spacing w:after="80"/>
        <w:jc w:val="both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sz w:val="24"/>
          <w:szCs w:val="24"/>
        </w:rPr>
        <w:t>1. Zapisy na zajęcia prowadzone są za pośrednictwem Strefy Zajęć – strefazajec.pl, zgodnie z ofertą zamieszczoną przez CKiB.</w:t>
      </w:r>
    </w:p>
    <w:p w14:paraId="51A2D27F" w14:textId="77777777" w:rsidR="0065522F" w:rsidRPr="00C36E75" w:rsidRDefault="00000000" w:rsidP="00C36E75">
      <w:pPr>
        <w:spacing w:after="80"/>
        <w:jc w:val="both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sz w:val="24"/>
          <w:szCs w:val="24"/>
        </w:rPr>
        <w:t>2. Zapisania osoby pełnoletniej dokonuje uczestnik.</w:t>
      </w:r>
    </w:p>
    <w:p w14:paraId="6E724214" w14:textId="77777777" w:rsidR="0065522F" w:rsidRPr="00C36E75" w:rsidRDefault="00000000" w:rsidP="00C36E75">
      <w:pPr>
        <w:spacing w:after="80"/>
        <w:jc w:val="both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sz w:val="24"/>
          <w:szCs w:val="24"/>
        </w:rPr>
        <w:t>3. W przypadku osoby małoletniej zapisu dokonuje rodzic lub opiekun prawny.</w:t>
      </w:r>
    </w:p>
    <w:p w14:paraId="305DE158" w14:textId="389ACE52" w:rsidR="0065522F" w:rsidRPr="00C36E75" w:rsidRDefault="00000000" w:rsidP="00C36E75">
      <w:pPr>
        <w:spacing w:after="80"/>
        <w:jc w:val="both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sz w:val="24"/>
          <w:szCs w:val="24"/>
        </w:rPr>
        <w:lastRenderedPageBreak/>
        <w:t xml:space="preserve">4. </w:t>
      </w:r>
      <w:proofErr w:type="spellStart"/>
      <w:r w:rsidRPr="00C36E75">
        <w:rPr>
          <w:rFonts w:ascii="Boston" w:hAnsi="Boston"/>
          <w:sz w:val="24"/>
          <w:szCs w:val="24"/>
        </w:rPr>
        <w:t>Dokonanie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zapisu</w:t>
      </w:r>
      <w:proofErr w:type="spellEnd"/>
      <w:r w:rsidRPr="00C36E75">
        <w:rPr>
          <w:rFonts w:ascii="Boston" w:hAnsi="Boston"/>
          <w:sz w:val="24"/>
          <w:szCs w:val="24"/>
        </w:rPr>
        <w:t xml:space="preserve"> w </w:t>
      </w:r>
      <w:proofErr w:type="spellStart"/>
      <w:r w:rsidRPr="00C36E75">
        <w:rPr>
          <w:rFonts w:ascii="Boston" w:hAnsi="Boston"/>
          <w:sz w:val="24"/>
          <w:szCs w:val="24"/>
        </w:rPr>
        <w:t>Strefie</w:t>
      </w:r>
      <w:proofErr w:type="spellEnd"/>
      <w:r w:rsidRPr="00C36E75">
        <w:rPr>
          <w:rFonts w:ascii="Boston" w:hAnsi="Boston"/>
          <w:sz w:val="24"/>
          <w:szCs w:val="24"/>
        </w:rPr>
        <w:t xml:space="preserve"> Zajęć, po </w:t>
      </w:r>
      <w:proofErr w:type="spellStart"/>
      <w:r w:rsidRPr="00C36E75">
        <w:rPr>
          <w:rFonts w:ascii="Boston" w:hAnsi="Boston"/>
          <w:sz w:val="24"/>
          <w:szCs w:val="24"/>
        </w:rPr>
        <w:t>zaakceptowaniu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niniejszego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Regulaminu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oraz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zasad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wnoszenia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opłat</w:t>
      </w:r>
      <w:proofErr w:type="spellEnd"/>
      <w:r w:rsidRPr="00C36E75">
        <w:rPr>
          <w:rFonts w:ascii="Boston" w:hAnsi="Boston"/>
          <w:sz w:val="24"/>
          <w:szCs w:val="24"/>
        </w:rPr>
        <w:t xml:space="preserve">, </w:t>
      </w:r>
      <w:proofErr w:type="spellStart"/>
      <w:r w:rsidRPr="00C36E75">
        <w:rPr>
          <w:rFonts w:ascii="Boston" w:hAnsi="Boston"/>
          <w:sz w:val="24"/>
          <w:szCs w:val="24"/>
        </w:rPr>
        <w:t>stanowi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podstawę</w:t>
      </w:r>
      <w:proofErr w:type="spellEnd"/>
      <w:r w:rsidRPr="00C36E75">
        <w:rPr>
          <w:rFonts w:ascii="Boston" w:hAnsi="Boston"/>
          <w:sz w:val="24"/>
          <w:szCs w:val="24"/>
        </w:rPr>
        <w:t xml:space="preserve"> do </w:t>
      </w:r>
      <w:proofErr w:type="spellStart"/>
      <w:r w:rsidRPr="00C36E75">
        <w:rPr>
          <w:rFonts w:ascii="Boston" w:hAnsi="Boston"/>
          <w:sz w:val="24"/>
          <w:szCs w:val="24"/>
        </w:rPr>
        <w:t>zawarcia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umowy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uczestnictwa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r w:rsidR="00E46A88">
        <w:rPr>
          <w:rFonts w:ascii="Boston" w:hAnsi="Boston"/>
          <w:sz w:val="24"/>
          <w:szCs w:val="24"/>
        </w:rPr>
        <w:br/>
      </w:r>
      <w:r w:rsidRPr="00C36E75">
        <w:rPr>
          <w:rFonts w:ascii="Boston" w:hAnsi="Boston"/>
          <w:sz w:val="24"/>
          <w:szCs w:val="24"/>
        </w:rPr>
        <w:t xml:space="preserve">w </w:t>
      </w:r>
      <w:proofErr w:type="spellStart"/>
      <w:r w:rsidRPr="00C36E75">
        <w:rPr>
          <w:rFonts w:ascii="Boston" w:hAnsi="Boston"/>
          <w:sz w:val="24"/>
          <w:szCs w:val="24"/>
        </w:rPr>
        <w:t>zajęciach</w:t>
      </w:r>
      <w:proofErr w:type="spellEnd"/>
      <w:r w:rsidRPr="00C36E75">
        <w:rPr>
          <w:rFonts w:ascii="Boston" w:hAnsi="Boston"/>
          <w:sz w:val="24"/>
          <w:szCs w:val="24"/>
        </w:rPr>
        <w:t>.</w:t>
      </w:r>
    </w:p>
    <w:p w14:paraId="1C9AABFC" w14:textId="25E9E819" w:rsidR="0065522F" w:rsidRPr="00C36E75" w:rsidRDefault="00000000" w:rsidP="00C36E75">
      <w:pPr>
        <w:spacing w:after="80"/>
        <w:jc w:val="both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sz w:val="24"/>
          <w:szCs w:val="24"/>
        </w:rPr>
        <w:t xml:space="preserve">5. </w:t>
      </w:r>
      <w:proofErr w:type="spellStart"/>
      <w:r w:rsidRPr="00C36E75">
        <w:rPr>
          <w:rFonts w:ascii="Boston" w:hAnsi="Boston"/>
          <w:sz w:val="24"/>
          <w:szCs w:val="24"/>
        </w:rPr>
        <w:t>Przy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zapisie</w:t>
      </w:r>
      <w:proofErr w:type="spellEnd"/>
      <w:r w:rsidRPr="00C36E75">
        <w:rPr>
          <w:rFonts w:ascii="Boston" w:hAnsi="Boston"/>
          <w:sz w:val="24"/>
          <w:szCs w:val="24"/>
        </w:rPr>
        <w:t xml:space="preserve"> za </w:t>
      </w:r>
      <w:proofErr w:type="spellStart"/>
      <w:r w:rsidRPr="00C36E75">
        <w:rPr>
          <w:rFonts w:ascii="Boston" w:hAnsi="Boston"/>
          <w:sz w:val="24"/>
          <w:szCs w:val="24"/>
        </w:rPr>
        <w:t>pośrednictwem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Strefy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Zajęć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uczestnik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lub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jego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rodzic</w:t>
      </w:r>
      <w:proofErr w:type="spellEnd"/>
      <w:r w:rsidRPr="00C36E75">
        <w:rPr>
          <w:rFonts w:ascii="Boston" w:hAnsi="Boston"/>
          <w:sz w:val="24"/>
          <w:szCs w:val="24"/>
        </w:rPr>
        <w:t>/</w:t>
      </w:r>
      <w:proofErr w:type="spellStart"/>
      <w:r w:rsidRPr="00C36E75">
        <w:rPr>
          <w:rFonts w:ascii="Boston" w:hAnsi="Boston"/>
          <w:sz w:val="24"/>
          <w:szCs w:val="24"/>
        </w:rPr>
        <w:t>opiekun</w:t>
      </w:r>
      <w:proofErr w:type="spellEnd"/>
      <w:r w:rsidRPr="00C36E75">
        <w:rPr>
          <w:rFonts w:ascii="Boston" w:hAnsi="Boston"/>
          <w:sz w:val="24"/>
          <w:szCs w:val="24"/>
        </w:rPr>
        <w:t xml:space="preserve"> prawny </w:t>
      </w:r>
      <w:proofErr w:type="spellStart"/>
      <w:r w:rsidRPr="00C36E75">
        <w:rPr>
          <w:rFonts w:ascii="Boston" w:hAnsi="Boston"/>
          <w:sz w:val="24"/>
          <w:szCs w:val="24"/>
        </w:rPr>
        <w:t>podaje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dane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wymagane</w:t>
      </w:r>
      <w:proofErr w:type="spellEnd"/>
      <w:r w:rsidRPr="00C36E75">
        <w:rPr>
          <w:rFonts w:ascii="Boston" w:hAnsi="Boston"/>
          <w:sz w:val="24"/>
          <w:szCs w:val="24"/>
        </w:rPr>
        <w:t xml:space="preserve"> do </w:t>
      </w:r>
      <w:proofErr w:type="spellStart"/>
      <w:r w:rsidRPr="00C36E75">
        <w:rPr>
          <w:rFonts w:ascii="Boston" w:hAnsi="Boston"/>
          <w:sz w:val="24"/>
          <w:szCs w:val="24"/>
        </w:rPr>
        <w:t>dokonania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rejestracji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i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realizacji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uczestnictwa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r w:rsidR="00E46A88">
        <w:rPr>
          <w:rFonts w:ascii="Boston" w:hAnsi="Boston"/>
          <w:sz w:val="24"/>
          <w:szCs w:val="24"/>
        </w:rPr>
        <w:br/>
      </w:r>
      <w:r w:rsidRPr="00C36E75">
        <w:rPr>
          <w:rFonts w:ascii="Boston" w:hAnsi="Boston"/>
          <w:sz w:val="24"/>
          <w:szCs w:val="24"/>
        </w:rPr>
        <w:t xml:space="preserve">w </w:t>
      </w:r>
      <w:proofErr w:type="spellStart"/>
      <w:r w:rsidRPr="00C36E75">
        <w:rPr>
          <w:rFonts w:ascii="Boston" w:hAnsi="Boston"/>
          <w:sz w:val="24"/>
          <w:szCs w:val="24"/>
        </w:rPr>
        <w:t>zajęciach</w:t>
      </w:r>
      <w:proofErr w:type="spellEnd"/>
      <w:r w:rsidRPr="00C36E75">
        <w:rPr>
          <w:rFonts w:ascii="Boston" w:hAnsi="Boston"/>
          <w:sz w:val="24"/>
          <w:szCs w:val="24"/>
        </w:rPr>
        <w:t>.</w:t>
      </w:r>
    </w:p>
    <w:p w14:paraId="74C4B32B" w14:textId="77777777" w:rsidR="0065522F" w:rsidRPr="00C36E75" w:rsidRDefault="00000000" w:rsidP="00C36E75">
      <w:pPr>
        <w:spacing w:after="80"/>
        <w:jc w:val="both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sz w:val="24"/>
          <w:szCs w:val="24"/>
        </w:rPr>
        <w:t>6. W ramach procesu rejestracji w Strefie Zajęć operator portalu może przekazywać CKiB dane osobowe uczestnika w zakresie niezbędnym do zawarcia i realizacji umowy uczestnictwa.</w:t>
      </w:r>
    </w:p>
    <w:p w14:paraId="391A638B" w14:textId="1979C56D" w:rsidR="0065522F" w:rsidRPr="00C36E75" w:rsidRDefault="00000000" w:rsidP="00C36E75">
      <w:pPr>
        <w:spacing w:after="80"/>
        <w:jc w:val="both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sz w:val="24"/>
          <w:szCs w:val="24"/>
        </w:rPr>
        <w:t xml:space="preserve">7. O </w:t>
      </w:r>
      <w:proofErr w:type="spellStart"/>
      <w:r w:rsidRPr="00C36E75">
        <w:rPr>
          <w:rFonts w:ascii="Boston" w:hAnsi="Boston"/>
          <w:sz w:val="24"/>
          <w:szCs w:val="24"/>
        </w:rPr>
        <w:t>przyjęciu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na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zajęcia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decyduje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kolejność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prawidłowo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dokonanych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zgłoszeń</w:t>
      </w:r>
      <w:proofErr w:type="spellEnd"/>
      <w:r w:rsidRPr="00C36E75">
        <w:rPr>
          <w:rFonts w:ascii="Boston" w:hAnsi="Boston"/>
          <w:sz w:val="24"/>
          <w:szCs w:val="24"/>
        </w:rPr>
        <w:t xml:space="preserve">, </w:t>
      </w:r>
      <w:r w:rsidR="00E46A88">
        <w:rPr>
          <w:rFonts w:ascii="Boston" w:hAnsi="Boston"/>
          <w:sz w:val="24"/>
          <w:szCs w:val="24"/>
        </w:rPr>
        <w:br/>
      </w:r>
      <w:r w:rsidRPr="00C36E75">
        <w:rPr>
          <w:rFonts w:ascii="Boston" w:hAnsi="Boston"/>
          <w:sz w:val="24"/>
          <w:szCs w:val="24"/>
        </w:rPr>
        <w:t xml:space="preserve">z </w:t>
      </w:r>
      <w:proofErr w:type="spellStart"/>
      <w:r w:rsidRPr="00C36E75">
        <w:rPr>
          <w:rFonts w:ascii="Boston" w:hAnsi="Boston"/>
          <w:sz w:val="24"/>
          <w:szCs w:val="24"/>
        </w:rPr>
        <w:t>zastrzeżeniem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sytuacji</w:t>
      </w:r>
      <w:proofErr w:type="spellEnd"/>
      <w:r w:rsidRPr="00C36E75">
        <w:rPr>
          <w:rFonts w:ascii="Boston" w:hAnsi="Boston"/>
          <w:sz w:val="24"/>
          <w:szCs w:val="24"/>
        </w:rPr>
        <w:t xml:space="preserve">, w </w:t>
      </w:r>
      <w:proofErr w:type="spellStart"/>
      <w:r w:rsidRPr="00C36E75">
        <w:rPr>
          <w:rFonts w:ascii="Boston" w:hAnsi="Boston"/>
          <w:sz w:val="24"/>
          <w:szCs w:val="24"/>
        </w:rPr>
        <w:t>których</w:t>
      </w:r>
      <w:proofErr w:type="spellEnd"/>
      <w:r w:rsidRPr="00C36E75">
        <w:rPr>
          <w:rFonts w:ascii="Boston" w:hAnsi="Boston"/>
          <w:sz w:val="24"/>
          <w:szCs w:val="24"/>
        </w:rPr>
        <w:t xml:space="preserve"> charakter zajęć wymaga zastosowania dodatkowych kryteriów.</w:t>
      </w:r>
    </w:p>
    <w:p w14:paraId="4469AD21" w14:textId="77777777" w:rsidR="0065522F" w:rsidRPr="00C36E75" w:rsidRDefault="00000000" w:rsidP="00C36E75">
      <w:pPr>
        <w:spacing w:after="80"/>
        <w:jc w:val="both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sz w:val="24"/>
          <w:szCs w:val="24"/>
        </w:rPr>
        <w:t>8. Liczba miejsc w grupach może być ograniczona.</w:t>
      </w:r>
    </w:p>
    <w:p w14:paraId="25239877" w14:textId="77777777" w:rsidR="0065522F" w:rsidRPr="00C36E75" w:rsidRDefault="00000000" w:rsidP="00C36E75">
      <w:pPr>
        <w:spacing w:after="80"/>
        <w:jc w:val="both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sz w:val="24"/>
          <w:szCs w:val="24"/>
        </w:rPr>
        <w:t>9. CKiB może ustalić minimalną liczbę uczestników niezbędną do uruchomienia lub dalszego prowadzenia grupy. Zmniejszenie liczby uczestników poniżej ustalonego minimum może skutkować zawieszeniem lub zakończeniem prowadzenia grupy.</w:t>
      </w:r>
    </w:p>
    <w:p w14:paraId="6264B200" w14:textId="77777777" w:rsidR="00C36E75" w:rsidRDefault="00000000" w:rsidP="00C36E75">
      <w:pPr>
        <w:spacing w:after="80"/>
        <w:jc w:val="both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sz w:val="24"/>
          <w:szCs w:val="24"/>
        </w:rPr>
        <w:t xml:space="preserve">10. Warunkiem udziału w zajęciach jest: </w:t>
      </w:r>
    </w:p>
    <w:p w14:paraId="4089FE1E" w14:textId="77777777" w:rsidR="00C36E75" w:rsidRDefault="00000000" w:rsidP="00C36E75">
      <w:pPr>
        <w:spacing w:after="80"/>
        <w:jc w:val="both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sz w:val="24"/>
          <w:szCs w:val="24"/>
        </w:rPr>
        <w:t xml:space="preserve">1) </w:t>
      </w:r>
      <w:proofErr w:type="spellStart"/>
      <w:r w:rsidRPr="00C36E75">
        <w:rPr>
          <w:rFonts w:ascii="Boston" w:hAnsi="Boston"/>
          <w:sz w:val="24"/>
          <w:szCs w:val="24"/>
        </w:rPr>
        <w:t>dokonanie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zapisu</w:t>
      </w:r>
      <w:proofErr w:type="spellEnd"/>
      <w:r w:rsidRPr="00C36E75">
        <w:rPr>
          <w:rFonts w:ascii="Boston" w:hAnsi="Boston"/>
          <w:sz w:val="24"/>
          <w:szCs w:val="24"/>
        </w:rPr>
        <w:t xml:space="preserve">; </w:t>
      </w:r>
    </w:p>
    <w:p w14:paraId="1389BD25" w14:textId="77777777" w:rsidR="00C36E75" w:rsidRDefault="00000000" w:rsidP="00C36E75">
      <w:pPr>
        <w:spacing w:after="80"/>
        <w:jc w:val="both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sz w:val="24"/>
          <w:szCs w:val="24"/>
        </w:rPr>
        <w:t xml:space="preserve">2) </w:t>
      </w:r>
      <w:proofErr w:type="spellStart"/>
      <w:r w:rsidRPr="00C36E75">
        <w:rPr>
          <w:rFonts w:ascii="Boston" w:hAnsi="Boston"/>
          <w:sz w:val="24"/>
          <w:szCs w:val="24"/>
        </w:rPr>
        <w:t>akceptacja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niniejszego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Regulaminu</w:t>
      </w:r>
      <w:proofErr w:type="spellEnd"/>
      <w:r w:rsidRPr="00C36E75">
        <w:rPr>
          <w:rFonts w:ascii="Boston" w:hAnsi="Boston"/>
          <w:sz w:val="24"/>
          <w:szCs w:val="24"/>
        </w:rPr>
        <w:t xml:space="preserve">; </w:t>
      </w:r>
    </w:p>
    <w:p w14:paraId="30E0F1FA" w14:textId="77777777" w:rsidR="00C36E75" w:rsidRDefault="00000000" w:rsidP="00C36E75">
      <w:pPr>
        <w:spacing w:after="80"/>
        <w:jc w:val="both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sz w:val="24"/>
          <w:szCs w:val="24"/>
        </w:rPr>
        <w:t xml:space="preserve">3) </w:t>
      </w:r>
      <w:proofErr w:type="spellStart"/>
      <w:r w:rsidRPr="00C36E75">
        <w:rPr>
          <w:rFonts w:ascii="Boston" w:hAnsi="Boston"/>
          <w:sz w:val="24"/>
          <w:szCs w:val="24"/>
        </w:rPr>
        <w:t>dokonanie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wymaganej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opłaty</w:t>
      </w:r>
      <w:proofErr w:type="spellEnd"/>
      <w:r w:rsidRPr="00C36E75">
        <w:rPr>
          <w:rFonts w:ascii="Boston" w:hAnsi="Boston"/>
          <w:sz w:val="24"/>
          <w:szCs w:val="24"/>
        </w:rPr>
        <w:t xml:space="preserve">; </w:t>
      </w:r>
    </w:p>
    <w:p w14:paraId="619CE006" w14:textId="2629E91E" w:rsidR="0065522F" w:rsidRPr="00C36E75" w:rsidRDefault="00000000" w:rsidP="00C36E75">
      <w:pPr>
        <w:spacing w:after="80"/>
        <w:jc w:val="both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sz w:val="24"/>
          <w:szCs w:val="24"/>
        </w:rPr>
        <w:t xml:space="preserve">4) </w:t>
      </w:r>
      <w:proofErr w:type="spellStart"/>
      <w:r w:rsidRPr="00C36E75">
        <w:rPr>
          <w:rFonts w:ascii="Boston" w:hAnsi="Boston"/>
          <w:sz w:val="24"/>
          <w:szCs w:val="24"/>
        </w:rPr>
        <w:t>przestrzeganie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zasad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organizacyjnych</w:t>
      </w:r>
      <w:proofErr w:type="spellEnd"/>
      <w:r w:rsidRPr="00C36E75">
        <w:rPr>
          <w:rFonts w:ascii="Boston" w:hAnsi="Boston"/>
          <w:sz w:val="24"/>
          <w:szCs w:val="24"/>
        </w:rPr>
        <w:t xml:space="preserve">, </w:t>
      </w:r>
      <w:proofErr w:type="spellStart"/>
      <w:r w:rsidRPr="00C36E75">
        <w:rPr>
          <w:rFonts w:ascii="Boston" w:hAnsi="Boston"/>
          <w:sz w:val="24"/>
          <w:szCs w:val="24"/>
        </w:rPr>
        <w:t>bezpieczeństwa</w:t>
      </w:r>
      <w:proofErr w:type="spellEnd"/>
      <w:r w:rsidRPr="00C36E75">
        <w:rPr>
          <w:rFonts w:ascii="Boston" w:hAnsi="Boston"/>
          <w:sz w:val="24"/>
          <w:szCs w:val="24"/>
        </w:rPr>
        <w:t xml:space="preserve"> oraz poleceń prowadzącego.</w:t>
      </w:r>
    </w:p>
    <w:p w14:paraId="5A4B3B5E" w14:textId="77777777" w:rsidR="0065522F" w:rsidRPr="00C36E75" w:rsidRDefault="00000000" w:rsidP="00C36E75">
      <w:pPr>
        <w:spacing w:before="200" w:after="100"/>
        <w:jc w:val="center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b/>
          <w:sz w:val="24"/>
          <w:szCs w:val="24"/>
        </w:rPr>
        <w:t>III. ORGANIZACJA I UCZESTNICTWO W ZAJĘCIACH</w:t>
      </w:r>
    </w:p>
    <w:p w14:paraId="1331624A" w14:textId="77777777" w:rsidR="0065522F" w:rsidRPr="00C36E75" w:rsidRDefault="00000000" w:rsidP="00C36E75">
      <w:pPr>
        <w:spacing w:before="120" w:after="100"/>
        <w:jc w:val="center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b/>
          <w:sz w:val="24"/>
          <w:szCs w:val="24"/>
        </w:rPr>
        <w:t>§ 3.</w:t>
      </w:r>
    </w:p>
    <w:p w14:paraId="68945BE4" w14:textId="77777777" w:rsidR="0065522F" w:rsidRPr="00C36E75" w:rsidRDefault="00000000" w:rsidP="00C36E75">
      <w:pPr>
        <w:spacing w:after="80"/>
        <w:jc w:val="both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sz w:val="24"/>
          <w:szCs w:val="24"/>
        </w:rPr>
        <w:t>1. W zajęciach mogą uczestniczyć wyłącznie osoby prawidłowo zapisane na daną formę zajęć.</w:t>
      </w:r>
    </w:p>
    <w:p w14:paraId="1E961DB6" w14:textId="77777777" w:rsidR="0065522F" w:rsidRPr="00C36E75" w:rsidRDefault="00000000" w:rsidP="00C36E75">
      <w:pPr>
        <w:spacing w:after="80"/>
        <w:jc w:val="both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sz w:val="24"/>
          <w:szCs w:val="24"/>
        </w:rPr>
        <w:t>2. Uczestnik nie może przekazywać swojego miejsca na zajęciach innej osobie bez zgody CKiB.</w:t>
      </w:r>
    </w:p>
    <w:p w14:paraId="26B6944D" w14:textId="77777777" w:rsidR="00E46A88" w:rsidRDefault="00000000" w:rsidP="00C36E75">
      <w:pPr>
        <w:spacing w:after="80"/>
        <w:jc w:val="both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sz w:val="24"/>
          <w:szCs w:val="24"/>
        </w:rPr>
        <w:t xml:space="preserve">3. Uczestnicy zobowiązani są do: </w:t>
      </w:r>
    </w:p>
    <w:p w14:paraId="2944E2B1" w14:textId="77777777" w:rsidR="00E46A88" w:rsidRDefault="00000000" w:rsidP="00C36E75">
      <w:pPr>
        <w:spacing w:after="80"/>
        <w:jc w:val="both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sz w:val="24"/>
          <w:szCs w:val="24"/>
        </w:rPr>
        <w:t xml:space="preserve">1) </w:t>
      </w:r>
      <w:proofErr w:type="spellStart"/>
      <w:r w:rsidRPr="00C36E75">
        <w:rPr>
          <w:rFonts w:ascii="Boston" w:hAnsi="Boston"/>
          <w:sz w:val="24"/>
          <w:szCs w:val="24"/>
        </w:rPr>
        <w:t>punktualnego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przychodzenia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na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zajęcia</w:t>
      </w:r>
      <w:proofErr w:type="spellEnd"/>
      <w:r w:rsidRPr="00C36E75">
        <w:rPr>
          <w:rFonts w:ascii="Boston" w:hAnsi="Boston"/>
          <w:sz w:val="24"/>
          <w:szCs w:val="24"/>
        </w:rPr>
        <w:t xml:space="preserve">; </w:t>
      </w:r>
    </w:p>
    <w:p w14:paraId="2DEEE703" w14:textId="77777777" w:rsidR="00E46A88" w:rsidRDefault="00000000" w:rsidP="00C36E75">
      <w:pPr>
        <w:spacing w:after="80"/>
        <w:jc w:val="both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sz w:val="24"/>
          <w:szCs w:val="24"/>
        </w:rPr>
        <w:t xml:space="preserve">2) </w:t>
      </w:r>
      <w:proofErr w:type="spellStart"/>
      <w:r w:rsidRPr="00C36E75">
        <w:rPr>
          <w:rFonts w:ascii="Boston" w:hAnsi="Boston"/>
          <w:sz w:val="24"/>
          <w:szCs w:val="24"/>
        </w:rPr>
        <w:t>przestrzegania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niniejszego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Regulaminu</w:t>
      </w:r>
      <w:proofErr w:type="spellEnd"/>
      <w:r w:rsidRPr="00C36E75">
        <w:rPr>
          <w:rFonts w:ascii="Boston" w:hAnsi="Boston"/>
          <w:sz w:val="24"/>
          <w:szCs w:val="24"/>
        </w:rPr>
        <w:t xml:space="preserve">; </w:t>
      </w:r>
    </w:p>
    <w:p w14:paraId="33236EDB" w14:textId="77777777" w:rsidR="00E46A88" w:rsidRDefault="00000000" w:rsidP="00C36E75">
      <w:pPr>
        <w:spacing w:after="80"/>
        <w:jc w:val="both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sz w:val="24"/>
          <w:szCs w:val="24"/>
        </w:rPr>
        <w:t xml:space="preserve">3) </w:t>
      </w:r>
      <w:proofErr w:type="spellStart"/>
      <w:r w:rsidRPr="00C36E75">
        <w:rPr>
          <w:rFonts w:ascii="Boston" w:hAnsi="Boston"/>
          <w:sz w:val="24"/>
          <w:szCs w:val="24"/>
        </w:rPr>
        <w:t>stosowania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się</w:t>
      </w:r>
      <w:proofErr w:type="spellEnd"/>
      <w:r w:rsidRPr="00C36E75">
        <w:rPr>
          <w:rFonts w:ascii="Boston" w:hAnsi="Boston"/>
          <w:sz w:val="24"/>
          <w:szCs w:val="24"/>
        </w:rPr>
        <w:t xml:space="preserve"> do </w:t>
      </w:r>
      <w:proofErr w:type="spellStart"/>
      <w:r w:rsidRPr="00C36E75">
        <w:rPr>
          <w:rFonts w:ascii="Boston" w:hAnsi="Boston"/>
          <w:sz w:val="24"/>
          <w:szCs w:val="24"/>
        </w:rPr>
        <w:t>poleceń</w:t>
      </w:r>
      <w:proofErr w:type="spellEnd"/>
      <w:r w:rsidRPr="00C36E75">
        <w:rPr>
          <w:rFonts w:ascii="Boston" w:hAnsi="Boston"/>
          <w:sz w:val="24"/>
          <w:szCs w:val="24"/>
        </w:rPr>
        <w:t xml:space="preserve"> instruktora lub osoby prowadzącej zajęcia; </w:t>
      </w:r>
    </w:p>
    <w:p w14:paraId="23C3503A" w14:textId="77777777" w:rsidR="00E46A88" w:rsidRDefault="00000000" w:rsidP="00C36E75">
      <w:pPr>
        <w:spacing w:after="80"/>
        <w:jc w:val="both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sz w:val="24"/>
          <w:szCs w:val="24"/>
        </w:rPr>
        <w:t xml:space="preserve">4) </w:t>
      </w:r>
      <w:proofErr w:type="spellStart"/>
      <w:r w:rsidRPr="00C36E75">
        <w:rPr>
          <w:rFonts w:ascii="Boston" w:hAnsi="Boston"/>
          <w:sz w:val="24"/>
          <w:szCs w:val="24"/>
        </w:rPr>
        <w:t>przestrzegania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zasad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bezpieczeństwa</w:t>
      </w:r>
      <w:proofErr w:type="spellEnd"/>
      <w:r w:rsidRPr="00C36E75">
        <w:rPr>
          <w:rFonts w:ascii="Boston" w:hAnsi="Boston"/>
          <w:sz w:val="24"/>
          <w:szCs w:val="24"/>
        </w:rPr>
        <w:t xml:space="preserve">; </w:t>
      </w:r>
    </w:p>
    <w:p w14:paraId="19843E5B" w14:textId="77777777" w:rsidR="00E46A88" w:rsidRDefault="00000000" w:rsidP="00C36E75">
      <w:pPr>
        <w:spacing w:after="80"/>
        <w:jc w:val="both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sz w:val="24"/>
          <w:szCs w:val="24"/>
        </w:rPr>
        <w:lastRenderedPageBreak/>
        <w:t xml:space="preserve">5) </w:t>
      </w:r>
      <w:proofErr w:type="spellStart"/>
      <w:r w:rsidRPr="00C36E75">
        <w:rPr>
          <w:rFonts w:ascii="Boston" w:hAnsi="Boston"/>
          <w:sz w:val="24"/>
          <w:szCs w:val="24"/>
        </w:rPr>
        <w:t>poszanowania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innych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uczestników</w:t>
      </w:r>
      <w:proofErr w:type="spellEnd"/>
      <w:r w:rsidRPr="00C36E75">
        <w:rPr>
          <w:rFonts w:ascii="Boston" w:hAnsi="Boston"/>
          <w:sz w:val="24"/>
          <w:szCs w:val="24"/>
        </w:rPr>
        <w:t xml:space="preserve">, </w:t>
      </w:r>
      <w:proofErr w:type="spellStart"/>
      <w:r w:rsidRPr="00C36E75">
        <w:rPr>
          <w:rFonts w:ascii="Boston" w:hAnsi="Boston"/>
          <w:sz w:val="24"/>
          <w:szCs w:val="24"/>
        </w:rPr>
        <w:t>pracowników</w:t>
      </w:r>
      <w:proofErr w:type="spellEnd"/>
      <w:r w:rsidRPr="00C36E75">
        <w:rPr>
          <w:rFonts w:ascii="Boston" w:hAnsi="Boston"/>
          <w:sz w:val="24"/>
          <w:szCs w:val="24"/>
        </w:rPr>
        <w:t xml:space="preserve">, instruktorów oraz mienia CKiB; </w:t>
      </w:r>
    </w:p>
    <w:p w14:paraId="7FFE8776" w14:textId="16E9919F" w:rsidR="0065522F" w:rsidRPr="00C36E75" w:rsidRDefault="00000000" w:rsidP="00C36E75">
      <w:pPr>
        <w:spacing w:after="80"/>
        <w:jc w:val="both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sz w:val="24"/>
          <w:szCs w:val="24"/>
        </w:rPr>
        <w:t xml:space="preserve">6) </w:t>
      </w:r>
      <w:proofErr w:type="spellStart"/>
      <w:r w:rsidRPr="00C36E75">
        <w:rPr>
          <w:rFonts w:ascii="Boston" w:hAnsi="Boston"/>
          <w:sz w:val="24"/>
          <w:szCs w:val="24"/>
        </w:rPr>
        <w:t>korzystania</w:t>
      </w:r>
      <w:proofErr w:type="spellEnd"/>
      <w:r w:rsidRPr="00C36E75">
        <w:rPr>
          <w:rFonts w:ascii="Boston" w:hAnsi="Boston"/>
          <w:sz w:val="24"/>
          <w:szCs w:val="24"/>
        </w:rPr>
        <w:t xml:space="preserve"> z </w:t>
      </w:r>
      <w:proofErr w:type="spellStart"/>
      <w:r w:rsidRPr="00C36E75">
        <w:rPr>
          <w:rFonts w:ascii="Boston" w:hAnsi="Boston"/>
          <w:sz w:val="24"/>
          <w:szCs w:val="24"/>
        </w:rPr>
        <w:t>pomieszczeń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i</w:t>
      </w:r>
      <w:proofErr w:type="spellEnd"/>
      <w:r w:rsidRPr="00C36E75">
        <w:rPr>
          <w:rFonts w:ascii="Boston" w:hAnsi="Boston"/>
          <w:sz w:val="24"/>
          <w:szCs w:val="24"/>
        </w:rPr>
        <w:t xml:space="preserve"> wyposażenia zgodnie z ich przeznaczeniem.</w:t>
      </w:r>
    </w:p>
    <w:p w14:paraId="629FAA7C" w14:textId="77777777" w:rsidR="0065522F" w:rsidRPr="00C36E75" w:rsidRDefault="00000000" w:rsidP="00C36E75">
      <w:pPr>
        <w:spacing w:after="80"/>
        <w:jc w:val="both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sz w:val="24"/>
          <w:szCs w:val="24"/>
        </w:rPr>
        <w:t>4. Obecność uczestników może być dokumentowana w dzienniku zajęć lub innej dokumentacji prowadzonej przez CKiB.</w:t>
      </w:r>
    </w:p>
    <w:p w14:paraId="225C3130" w14:textId="77777777" w:rsidR="0065522F" w:rsidRPr="00C36E75" w:rsidRDefault="00000000" w:rsidP="00C36E75">
      <w:pPr>
        <w:spacing w:after="80"/>
        <w:jc w:val="both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sz w:val="24"/>
          <w:szCs w:val="24"/>
        </w:rPr>
        <w:t>5. Uczestnik powinien poinformować prowadzącego o planowanej nieobecności, jeżeli jest to możliwe.</w:t>
      </w:r>
    </w:p>
    <w:p w14:paraId="45D7C59F" w14:textId="77777777" w:rsidR="0065522F" w:rsidRPr="00C36E75" w:rsidRDefault="00000000" w:rsidP="00C36E75">
      <w:pPr>
        <w:spacing w:after="80"/>
        <w:jc w:val="both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sz w:val="24"/>
          <w:szCs w:val="24"/>
        </w:rPr>
        <w:t>6. Sama nieobecność uczestnika nie powoduje zawieszenia jego zapisu ani zwolnienia z obowiązku uiszczenia opłaty.</w:t>
      </w:r>
    </w:p>
    <w:p w14:paraId="01C52DAC" w14:textId="77777777" w:rsidR="0065522F" w:rsidRPr="00C36E75" w:rsidRDefault="00000000" w:rsidP="00C36E75">
      <w:pPr>
        <w:spacing w:after="80"/>
        <w:jc w:val="both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sz w:val="24"/>
          <w:szCs w:val="24"/>
        </w:rPr>
        <w:t>7. Instruktor może odmówić udziału w zajęciach osobie, której zachowanie zagraża bezpieczeństwu jej samej lub innych uczestników albo która rażąco narusza zasady obowiązujące podczas zajęć.</w:t>
      </w:r>
    </w:p>
    <w:p w14:paraId="0475C8D9" w14:textId="77777777" w:rsidR="0065522F" w:rsidRPr="00C36E75" w:rsidRDefault="00000000" w:rsidP="00C36E75">
      <w:pPr>
        <w:spacing w:after="80"/>
        <w:jc w:val="both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sz w:val="24"/>
          <w:szCs w:val="24"/>
        </w:rPr>
        <w:t>8. W przypadku powtarzającego się naruszania Regulaminu CKiB może, po uprzednim poinformowaniu uczestnika lub rodzica/opiekuna prawnego, zakończyć jego udział w zajęciach.</w:t>
      </w:r>
    </w:p>
    <w:p w14:paraId="35A6EA80" w14:textId="77777777" w:rsidR="0065522F" w:rsidRPr="00C36E75" w:rsidRDefault="00000000" w:rsidP="00C36E75">
      <w:pPr>
        <w:spacing w:before="200" w:after="100"/>
        <w:jc w:val="center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b/>
          <w:sz w:val="24"/>
          <w:szCs w:val="24"/>
        </w:rPr>
        <w:t>IV. OPŁATY ZA ZAJĘCIA</w:t>
      </w:r>
    </w:p>
    <w:p w14:paraId="5F7F0DC6" w14:textId="77777777" w:rsidR="0065522F" w:rsidRPr="00C36E75" w:rsidRDefault="00000000" w:rsidP="00C36E75">
      <w:pPr>
        <w:spacing w:before="120" w:after="100"/>
        <w:jc w:val="center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b/>
          <w:sz w:val="24"/>
          <w:szCs w:val="24"/>
        </w:rPr>
        <w:t>§ 4.</w:t>
      </w:r>
    </w:p>
    <w:p w14:paraId="28405B51" w14:textId="77777777" w:rsidR="0065522F" w:rsidRPr="00C36E75" w:rsidRDefault="00000000" w:rsidP="00C36E75">
      <w:pPr>
        <w:spacing w:after="80"/>
        <w:jc w:val="both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sz w:val="24"/>
          <w:szCs w:val="24"/>
        </w:rPr>
        <w:t>1. Udział w zajęciach jest odpłatny, z zastrzeżeniem zajęć i wydarzeń, dla których Organizator przewidział bezpłatny udział.</w:t>
      </w:r>
    </w:p>
    <w:p w14:paraId="47FC0BF7" w14:textId="77777777" w:rsidR="0065522F" w:rsidRPr="00C36E75" w:rsidRDefault="00000000" w:rsidP="00C36E75">
      <w:pPr>
        <w:spacing w:after="80"/>
        <w:jc w:val="both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sz w:val="24"/>
          <w:szCs w:val="24"/>
        </w:rPr>
        <w:t>2. Aktualna wysokość opłat za poszczególne zajęcia jest podawana w Strefie Zajęć oraz na stronie internetowej CKiB.</w:t>
      </w:r>
    </w:p>
    <w:p w14:paraId="2B63DEE5" w14:textId="77777777" w:rsidR="0065522F" w:rsidRPr="00C36E75" w:rsidRDefault="00000000" w:rsidP="00C36E75">
      <w:pPr>
        <w:spacing w:after="80"/>
        <w:jc w:val="both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sz w:val="24"/>
          <w:szCs w:val="24"/>
        </w:rPr>
        <w:t>3. Wysokość opłaty obowiązująca uczestnika jest określona przy danej ofercie zajęć w Strefie Zajęć.</w:t>
      </w:r>
    </w:p>
    <w:p w14:paraId="316ABAB4" w14:textId="77777777" w:rsidR="0065522F" w:rsidRPr="00C36E75" w:rsidRDefault="00000000" w:rsidP="00C36E75">
      <w:pPr>
        <w:spacing w:after="80"/>
        <w:jc w:val="both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sz w:val="24"/>
          <w:szCs w:val="24"/>
        </w:rPr>
        <w:t>4. Opłaty za zajęcia należy wnosić z góry, do 10. dnia każdego miesiąca, chyba że przy konkretnych zajęciach w Strefie Zajęć określono inny termin płatności.</w:t>
      </w:r>
    </w:p>
    <w:p w14:paraId="6689581D" w14:textId="77777777" w:rsidR="0065522F" w:rsidRPr="00C36E75" w:rsidRDefault="00000000" w:rsidP="00C36E75">
      <w:pPr>
        <w:spacing w:after="80"/>
        <w:jc w:val="both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sz w:val="24"/>
          <w:szCs w:val="24"/>
        </w:rPr>
        <w:t>5. Niedopuszczalne jest dokonywanie wpłat cząstkowych miesięcznej opłaty, chyba że CKiB ustali inaczej.</w:t>
      </w:r>
    </w:p>
    <w:p w14:paraId="3E0650BD" w14:textId="77777777" w:rsidR="0065522F" w:rsidRPr="00C36E75" w:rsidRDefault="00000000" w:rsidP="00C36E75">
      <w:pPr>
        <w:spacing w:after="80"/>
        <w:jc w:val="both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sz w:val="24"/>
          <w:szCs w:val="24"/>
        </w:rPr>
        <w:t>6. Opłata miesięczna jest należna za okres, w którym uczestnik pozostaje zapisany na zajęcia.</w:t>
      </w:r>
    </w:p>
    <w:p w14:paraId="13543456" w14:textId="77777777" w:rsidR="0065522F" w:rsidRPr="00C36E75" w:rsidRDefault="00000000" w:rsidP="00C36E75">
      <w:pPr>
        <w:spacing w:after="80"/>
        <w:jc w:val="both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sz w:val="24"/>
          <w:szCs w:val="24"/>
        </w:rPr>
        <w:t>7. Nieobecność uczestnika na zajęciach, niezależnie od jej przyczyny, nie stanowi podstawy do zwrotu wniesionej opłaty ani jej pomniejszenia.</w:t>
      </w:r>
    </w:p>
    <w:p w14:paraId="20687A45" w14:textId="77777777" w:rsidR="0065522F" w:rsidRPr="00C36E75" w:rsidRDefault="00000000" w:rsidP="00C36E75">
      <w:pPr>
        <w:spacing w:after="80"/>
        <w:jc w:val="both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sz w:val="24"/>
          <w:szCs w:val="24"/>
        </w:rPr>
        <w:t>8. Rezygnacja z udziału w zajęciach nie powoduje automatycznie zwrotu opłaty za okres, za który została ona wniesiona, z zastrzeżeniem sytuacji, w których zwrot wynika z odwołania zajęć przez CKiB.</w:t>
      </w:r>
    </w:p>
    <w:p w14:paraId="6327774A" w14:textId="77777777" w:rsidR="0065522F" w:rsidRPr="00C36E75" w:rsidRDefault="00000000" w:rsidP="00C36E75">
      <w:pPr>
        <w:spacing w:after="80"/>
        <w:jc w:val="both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sz w:val="24"/>
          <w:szCs w:val="24"/>
        </w:rPr>
        <w:lastRenderedPageBreak/>
        <w:t>9. Jeżeli zajęcia rozpoczynają się lub uczestnik rozpoczyna udział w zajęciach od 16. dnia danego miesiąca, opłata za ten miesiąc wynosi 50% miesięcznej stawki, chyba że zasady określone przy danych zajęciach w Strefie Zajęć stanowią inaczej.</w:t>
      </w:r>
    </w:p>
    <w:p w14:paraId="7C1843FF" w14:textId="77777777" w:rsidR="0065522F" w:rsidRPr="00C36E75" w:rsidRDefault="00000000" w:rsidP="00C36E75">
      <w:pPr>
        <w:spacing w:after="80"/>
        <w:jc w:val="both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sz w:val="24"/>
          <w:szCs w:val="24"/>
        </w:rPr>
        <w:t>10. W przypadku, o którym mowa powyżej, opłatę należy uiścić do 20. dnia danego miesiąca.</w:t>
      </w:r>
    </w:p>
    <w:p w14:paraId="49F57FFA" w14:textId="77777777" w:rsidR="0065522F" w:rsidRPr="00C36E75" w:rsidRDefault="00000000" w:rsidP="00C36E75">
      <w:pPr>
        <w:spacing w:after="80"/>
        <w:jc w:val="both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sz w:val="24"/>
          <w:szCs w:val="24"/>
        </w:rPr>
        <w:t>11. W przypadku przerw w prowadzeniu zajęć wynikających z harmonogramu ustalonego przez CKiB zasady naliczania opłat określa oferta danych zajęć w Strefie Zajęć.</w:t>
      </w:r>
    </w:p>
    <w:p w14:paraId="6A3B7ADA" w14:textId="77777777" w:rsidR="0065522F" w:rsidRPr="00C36E75" w:rsidRDefault="00000000" w:rsidP="00C36E75">
      <w:pPr>
        <w:spacing w:after="80"/>
        <w:jc w:val="both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sz w:val="24"/>
          <w:szCs w:val="24"/>
        </w:rPr>
        <w:t>12. W przypadku nieterminowego uiszczenia opłaty mogą zostać naliczone odsetki ustawowe za opóźnienie, zgodnie z obowiązującymi przepisami.</w:t>
      </w:r>
    </w:p>
    <w:p w14:paraId="06E4DFA8" w14:textId="77777777" w:rsidR="0065522F" w:rsidRPr="00C36E75" w:rsidRDefault="00000000" w:rsidP="00C36E75">
      <w:pPr>
        <w:spacing w:after="80"/>
        <w:jc w:val="both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sz w:val="24"/>
          <w:szCs w:val="24"/>
        </w:rPr>
        <w:t>13. W przypadku powstania zaległości w opłatach CKiB może wezwać uczestnika lub rodzica/opiekuna prawnego uczestnika małoletniego do uregulowania należności.</w:t>
      </w:r>
    </w:p>
    <w:p w14:paraId="1564D712" w14:textId="77777777" w:rsidR="0065522F" w:rsidRPr="00C36E75" w:rsidRDefault="00000000" w:rsidP="00C36E75">
      <w:pPr>
        <w:spacing w:after="80"/>
        <w:jc w:val="both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sz w:val="24"/>
          <w:szCs w:val="24"/>
        </w:rPr>
        <w:t>14. Długotrwałe lub nieuregulowane zaległości mogą skutkować wstrzymaniem możliwości uczestnictwa w zajęciach oraz skreśleniem uczestnika z listy uczestników, bez zwolnienia z obowiązku uregulowania powstałej zaległości.</w:t>
      </w:r>
    </w:p>
    <w:p w14:paraId="589B995E" w14:textId="77777777" w:rsidR="0065522F" w:rsidRPr="00C36E75" w:rsidRDefault="00000000" w:rsidP="00C36E75">
      <w:pPr>
        <w:spacing w:after="80"/>
        <w:jc w:val="both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sz w:val="24"/>
          <w:szCs w:val="24"/>
        </w:rPr>
        <w:t>15. W przypadku konieczności dochodzenia zaległych należności CKiB może podjąć przewidziane prawem działania windykacyjne.</w:t>
      </w:r>
    </w:p>
    <w:p w14:paraId="64577E18" w14:textId="77777777" w:rsidR="0065522F" w:rsidRPr="00C36E75" w:rsidRDefault="00000000" w:rsidP="00C36E75">
      <w:pPr>
        <w:spacing w:before="200" w:after="100"/>
        <w:jc w:val="center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b/>
          <w:sz w:val="24"/>
          <w:szCs w:val="24"/>
        </w:rPr>
        <w:t>V. FORMY PŁATNOŚCI</w:t>
      </w:r>
    </w:p>
    <w:p w14:paraId="0B8D3B7C" w14:textId="77777777" w:rsidR="0065522F" w:rsidRPr="00C36E75" w:rsidRDefault="00000000" w:rsidP="00C36E75">
      <w:pPr>
        <w:spacing w:before="120" w:after="100"/>
        <w:jc w:val="center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b/>
          <w:sz w:val="24"/>
          <w:szCs w:val="24"/>
        </w:rPr>
        <w:t>§ 5.</w:t>
      </w:r>
    </w:p>
    <w:p w14:paraId="4AD77102" w14:textId="77777777" w:rsidR="00E46A88" w:rsidRDefault="00000000" w:rsidP="00C36E75">
      <w:pPr>
        <w:spacing w:after="80"/>
        <w:jc w:val="both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sz w:val="24"/>
          <w:szCs w:val="24"/>
        </w:rPr>
        <w:t xml:space="preserve">1. Opłaty za zajęcia można wnosić: </w:t>
      </w:r>
    </w:p>
    <w:p w14:paraId="03391DC8" w14:textId="77777777" w:rsidR="00E46A88" w:rsidRDefault="00000000" w:rsidP="00C36E75">
      <w:pPr>
        <w:spacing w:after="80"/>
        <w:jc w:val="both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sz w:val="24"/>
          <w:szCs w:val="24"/>
        </w:rPr>
        <w:t xml:space="preserve">1) za </w:t>
      </w:r>
      <w:proofErr w:type="spellStart"/>
      <w:r w:rsidRPr="00C36E75">
        <w:rPr>
          <w:rFonts w:ascii="Boston" w:hAnsi="Boston"/>
          <w:sz w:val="24"/>
          <w:szCs w:val="24"/>
        </w:rPr>
        <w:t>pośrednictwem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systemu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płatności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udostępnionego</w:t>
      </w:r>
      <w:proofErr w:type="spellEnd"/>
      <w:r w:rsidRPr="00C36E75">
        <w:rPr>
          <w:rFonts w:ascii="Boston" w:hAnsi="Boston"/>
          <w:sz w:val="24"/>
          <w:szCs w:val="24"/>
        </w:rPr>
        <w:t xml:space="preserve"> w Strefie Zajęć; </w:t>
      </w:r>
    </w:p>
    <w:p w14:paraId="23E55055" w14:textId="77777777" w:rsidR="00E46A88" w:rsidRDefault="00000000" w:rsidP="00C36E75">
      <w:pPr>
        <w:spacing w:after="80"/>
        <w:jc w:val="both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sz w:val="24"/>
          <w:szCs w:val="24"/>
        </w:rPr>
        <w:t xml:space="preserve">2) </w:t>
      </w:r>
      <w:proofErr w:type="spellStart"/>
      <w:r w:rsidRPr="00C36E75">
        <w:rPr>
          <w:rFonts w:ascii="Boston" w:hAnsi="Boston"/>
          <w:sz w:val="24"/>
          <w:szCs w:val="24"/>
        </w:rPr>
        <w:t>przelewem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na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rachunek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bankowy</w:t>
      </w:r>
      <w:proofErr w:type="spellEnd"/>
      <w:r w:rsidRPr="00C36E75">
        <w:rPr>
          <w:rFonts w:ascii="Boston" w:hAnsi="Boston"/>
          <w:sz w:val="24"/>
          <w:szCs w:val="24"/>
        </w:rPr>
        <w:t xml:space="preserve"> CKiB; </w:t>
      </w:r>
    </w:p>
    <w:p w14:paraId="6508753F" w14:textId="77777777" w:rsidR="00E46A88" w:rsidRDefault="00000000" w:rsidP="00C36E75">
      <w:pPr>
        <w:spacing w:after="80"/>
        <w:jc w:val="both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sz w:val="24"/>
          <w:szCs w:val="24"/>
        </w:rPr>
        <w:t xml:space="preserve">3) </w:t>
      </w:r>
      <w:proofErr w:type="spellStart"/>
      <w:r w:rsidRPr="00C36E75">
        <w:rPr>
          <w:rFonts w:ascii="Boston" w:hAnsi="Boston"/>
          <w:sz w:val="24"/>
          <w:szCs w:val="24"/>
        </w:rPr>
        <w:t>kartą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płatniczą</w:t>
      </w:r>
      <w:proofErr w:type="spellEnd"/>
      <w:r w:rsidRPr="00C36E75">
        <w:rPr>
          <w:rFonts w:ascii="Boston" w:hAnsi="Boston"/>
          <w:sz w:val="24"/>
          <w:szCs w:val="24"/>
        </w:rPr>
        <w:t xml:space="preserve"> w </w:t>
      </w:r>
      <w:proofErr w:type="spellStart"/>
      <w:r w:rsidRPr="00C36E75">
        <w:rPr>
          <w:rFonts w:ascii="Boston" w:hAnsi="Boston"/>
          <w:sz w:val="24"/>
          <w:szCs w:val="24"/>
        </w:rPr>
        <w:t>CKiB</w:t>
      </w:r>
      <w:proofErr w:type="spellEnd"/>
      <w:r w:rsidRPr="00C36E75">
        <w:rPr>
          <w:rFonts w:ascii="Boston" w:hAnsi="Boston"/>
          <w:sz w:val="24"/>
          <w:szCs w:val="24"/>
        </w:rPr>
        <w:t xml:space="preserve">; </w:t>
      </w:r>
    </w:p>
    <w:p w14:paraId="442FB294" w14:textId="2F47800E" w:rsidR="0065522F" w:rsidRPr="00C36E75" w:rsidRDefault="00000000" w:rsidP="00C36E75">
      <w:pPr>
        <w:spacing w:after="80"/>
        <w:jc w:val="both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sz w:val="24"/>
          <w:szCs w:val="24"/>
        </w:rPr>
        <w:t xml:space="preserve">4) </w:t>
      </w:r>
      <w:proofErr w:type="spellStart"/>
      <w:r w:rsidRPr="00C36E75">
        <w:rPr>
          <w:rFonts w:ascii="Boston" w:hAnsi="Boston"/>
          <w:sz w:val="24"/>
          <w:szCs w:val="24"/>
        </w:rPr>
        <w:t>gotówką</w:t>
      </w:r>
      <w:proofErr w:type="spellEnd"/>
      <w:r w:rsidRPr="00C36E75">
        <w:rPr>
          <w:rFonts w:ascii="Boston" w:hAnsi="Boston"/>
          <w:sz w:val="24"/>
          <w:szCs w:val="24"/>
        </w:rPr>
        <w:t xml:space="preserve"> w </w:t>
      </w:r>
      <w:proofErr w:type="spellStart"/>
      <w:r w:rsidRPr="00C36E75">
        <w:rPr>
          <w:rFonts w:ascii="Boston" w:hAnsi="Boston"/>
          <w:sz w:val="24"/>
          <w:szCs w:val="24"/>
        </w:rPr>
        <w:t>CKiB</w:t>
      </w:r>
      <w:proofErr w:type="spellEnd"/>
      <w:r w:rsidRPr="00C36E75">
        <w:rPr>
          <w:rFonts w:ascii="Boston" w:hAnsi="Boston"/>
          <w:sz w:val="24"/>
          <w:szCs w:val="24"/>
        </w:rPr>
        <w:t xml:space="preserve">, </w:t>
      </w:r>
      <w:proofErr w:type="spellStart"/>
      <w:r w:rsidRPr="00C36E75">
        <w:rPr>
          <w:rFonts w:ascii="Boston" w:hAnsi="Boston"/>
          <w:sz w:val="24"/>
          <w:szCs w:val="24"/>
        </w:rPr>
        <w:t>jeżeli</w:t>
      </w:r>
      <w:proofErr w:type="spellEnd"/>
      <w:r w:rsidRPr="00C36E75">
        <w:rPr>
          <w:rFonts w:ascii="Boston" w:hAnsi="Boston"/>
          <w:sz w:val="24"/>
          <w:szCs w:val="24"/>
        </w:rPr>
        <w:t xml:space="preserve"> dana forma płatności jest dostępna.</w:t>
      </w:r>
    </w:p>
    <w:p w14:paraId="20A99492" w14:textId="77777777" w:rsidR="00E46A88" w:rsidRDefault="00000000" w:rsidP="00C36E75">
      <w:pPr>
        <w:spacing w:after="80"/>
        <w:jc w:val="both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sz w:val="24"/>
          <w:szCs w:val="24"/>
        </w:rPr>
        <w:t xml:space="preserve">2. W przypadku dokonywania płatności przelewem w tytule wpłaty należy podać: </w:t>
      </w:r>
    </w:p>
    <w:p w14:paraId="5C1191A0" w14:textId="77777777" w:rsidR="00E46A88" w:rsidRDefault="00000000" w:rsidP="00C36E75">
      <w:pPr>
        <w:spacing w:after="80"/>
        <w:jc w:val="both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sz w:val="24"/>
          <w:szCs w:val="24"/>
        </w:rPr>
        <w:t xml:space="preserve">1) </w:t>
      </w:r>
      <w:proofErr w:type="spellStart"/>
      <w:r w:rsidRPr="00C36E75">
        <w:rPr>
          <w:rFonts w:ascii="Boston" w:hAnsi="Boston"/>
          <w:sz w:val="24"/>
          <w:szCs w:val="24"/>
        </w:rPr>
        <w:t>imię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i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nazwisko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uczestnika</w:t>
      </w:r>
      <w:proofErr w:type="spellEnd"/>
      <w:r w:rsidRPr="00C36E75">
        <w:rPr>
          <w:rFonts w:ascii="Boston" w:hAnsi="Boston"/>
          <w:sz w:val="24"/>
          <w:szCs w:val="24"/>
        </w:rPr>
        <w:t xml:space="preserve">; </w:t>
      </w:r>
    </w:p>
    <w:p w14:paraId="5FAB162D" w14:textId="77777777" w:rsidR="00E46A88" w:rsidRDefault="00000000" w:rsidP="00C36E75">
      <w:pPr>
        <w:spacing w:after="80"/>
        <w:jc w:val="both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sz w:val="24"/>
          <w:szCs w:val="24"/>
        </w:rPr>
        <w:t xml:space="preserve">2) </w:t>
      </w:r>
      <w:proofErr w:type="spellStart"/>
      <w:r w:rsidRPr="00C36E75">
        <w:rPr>
          <w:rFonts w:ascii="Boston" w:hAnsi="Boston"/>
          <w:sz w:val="24"/>
          <w:szCs w:val="24"/>
        </w:rPr>
        <w:t>nazwę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zajęć</w:t>
      </w:r>
      <w:proofErr w:type="spellEnd"/>
      <w:r w:rsidRPr="00C36E75">
        <w:rPr>
          <w:rFonts w:ascii="Boston" w:hAnsi="Boston"/>
          <w:sz w:val="24"/>
          <w:szCs w:val="24"/>
        </w:rPr>
        <w:t xml:space="preserve">; </w:t>
      </w:r>
    </w:p>
    <w:p w14:paraId="74E2A9E2" w14:textId="290C8084" w:rsidR="0065522F" w:rsidRPr="00C36E75" w:rsidRDefault="00000000" w:rsidP="00C36E75">
      <w:pPr>
        <w:spacing w:after="80"/>
        <w:jc w:val="both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sz w:val="24"/>
          <w:szCs w:val="24"/>
        </w:rPr>
        <w:t xml:space="preserve">3) </w:t>
      </w:r>
      <w:proofErr w:type="spellStart"/>
      <w:r w:rsidRPr="00C36E75">
        <w:rPr>
          <w:rFonts w:ascii="Boston" w:hAnsi="Boston"/>
          <w:sz w:val="24"/>
          <w:szCs w:val="24"/>
        </w:rPr>
        <w:t>miesiąc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lub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okres</w:t>
      </w:r>
      <w:proofErr w:type="spellEnd"/>
      <w:r w:rsidRPr="00C36E75">
        <w:rPr>
          <w:rFonts w:ascii="Boston" w:hAnsi="Boston"/>
          <w:sz w:val="24"/>
          <w:szCs w:val="24"/>
        </w:rPr>
        <w:t xml:space="preserve">, </w:t>
      </w:r>
      <w:proofErr w:type="spellStart"/>
      <w:r w:rsidRPr="00C36E75">
        <w:rPr>
          <w:rFonts w:ascii="Boston" w:hAnsi="Boston"/>
          <w:sz w:val="24"/>
          <w:szCs w:val="24"/>
        </w:rPr>
        <w:t>którego</w:t>
      </w:r>
      <w:proofErr w:type="spellEnd"/>
      <w:r w:rsidRPr="00C36E75">
        <w:rPr>
          <w:rFonts w:ascii="Boston" w:hAnsi="Boston"/>
          <w:sz w:val="24"/>
          <w:szCs w:val="24"/>
        </w:rPr>
        <w:t xml:space="preserve"> dotyczy opłata.</w:t>
      </w:r>
    </w:p>
    <w:p w14:paraId="369C464D" w14:textId="77777777" w:rsidR="0065522F" w:rsidRPr="00C36E75" w:rsidRDefault="00000000" w:rsidP="00C36E75">
      <w:pPr>
        <w:spacing w:after="80"/>
        <w:jc w:val="both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sz w:val="24"/>
          <w:szCs w:val="24"/>
        </w:rPr>
        <w:t>3. Instruktorzy prowadzący zajęcia nie są uprawnieni do pobierania opłat od uczestników.</w:t>
      </w:r>
    </w:p>
    <w:p w14:paraId="2441D3E9" w14:textId="77777777" w:rsidR="0065522F" w:rsidRPr="00C36E75" w:rsidRDefault="00000000" w:rsidP="00C36E75">
      <w:pPr>
        <w:spacing w:after="80"/>
        <w:jc w:val="both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sz w:val="24"/>
          <w:szCs w:val="24"/>
        </w:rPr>
        <w:t>4. Za termin dokonania płatności uznaje się termin uznania rachunku CKiB albo dokonania płatności za pośrednictwem systemu płatniczego, zgodnie z zasadami działania danego systemu.</w:t>
      </w:r>
    </w:p>
    <w:p w14:paraId="0C6B669E" w14:textId="77777777" w:rsidR="0065522F" w:rsidRPr="00C36E75" w:rsidRDefault="00000000" w:rsidP="00C36E75">
      <w:pPr>
        <w:spacing w:before="200" w:after="100"/>
        <w:jc w:val="center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b/>
          <w:sz w:val="24"/>
          <w:szCs w:val="24"/>
        </w:rPr>
        <w:lastRenderedPageBreak/>
        <w:t>VI. REZYGNACJA Z ZAJĘĆ</w:t>
      </w:r>
    </w:p>
    <w:p w14:paraId="0F4C6E21" w14:textId="77777777" w:rsidR="0065522F" w:rsidRPr="00C36E75" w:rsidRDefault="00000000" w:rsidP="00C36E75">
      <w:pPr>
        <w:spacing w:before="120" w:after="100"/>
        <w:jc w:val="center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b/>
          <w:sz w:val="24"/>
          <w:szCs w:val="24"/>
        </w:rPr>
        <w:t>§ 6.</w:t>
      </w:r>
    </w:p>
    <w:p w14:paraId="02299A58" w14:textId="77777777" w:rsidR="0065522F" w:rsidRPr="00C36E75" w:rsidRDefault="00000000" w:rsidP="00C36E75">
      <w:pPr>
        <w:spacing w:after="80"/>
        <w:jc w:val="both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sz w:val="24"/>
          <w:szCs w:val="24"/>
        </w:rPr>
        <w:t>1. Uczestnik pełnoletni, a w przypadku uczestnika małoletniego jego rodzic lub opiekun prawny, może zrezygnować z udziału w zajęciach.</w:t>
      </w:r>
    </w:p>
    <w:p w14:paraId="1112D7D8" w14:textId="77777777" w:rsidR="0065522F" w:rsidRPr="00C36E75" w:rsidRDefault="00000000" w:rsidP="00C36E75">
      <w:pPr>
        <w:spacing w:after="80"/>
        <w:jc w:val="both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sz w:val="24"/>
          <w:szCs w:val="24"/>
        </w:rPr>
        <w:t>2. O rezygnacji należy niezwłocznie poinformować CKiB.</w:t>
      </w:r>
    </w:p>
    <w:p w14:paraId="33F7D735" w14:textId="77777777" w:rsidR="00E46A88" w:rsidRDefault="00000000" w:rsidP="00C36E75">
      <w:pPr>
        <w:spacing w:after="80"/>
        <w:jc w:val="both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sz w:val="24"/>
          <w:szCs w:val="24"/>
        </w:rPr>
        <w:t xml:space="preserve">3. Rezygnacja powinna zostać zgłoszona: </w:t>
      </w:r>
    </w:p>
    <w:p w14:paraId="39212C3C" w14:textId="77777777" w:rsidR="00E46A88" w:rsidRDefault="00000000" w:rsidP="00C36E75">
      <w:pPr>
        <w:spacing w:after="80"/>
        <w:jc w:val="both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sz w:val="24"/>
          <w:szCs w:val="24"/>
        </w:rPr>
        <w:t xml:space="preserve">1) </w:t>
      </w:r>
      <w:proofErr w:type="spellStart"/>
      <w:r w:rsidRPr="00C36E75">
        <w:rPr>
          <w:rFonts w:ascii="Boston" w:hAnsi="Boston"/>
          <w:sz w:val="24"/>
          <w:szCs w:val="24"/>
        </w:rPr>
        <w:t>mailowo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na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adres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CKiB</w:t>
      </w:r>
      <w:proofErr w:type="spellEnd"/>
      <w:r w:rsidRPr="00C36E75">
        <w:rPr>
          <w:rFonts w:ascii="Boston" w:hAnsi="Boston"/>
          <w:sz w:val="24"/>
          <w:szCs w:val="24"/>
        </w:rPr>
        <w:t xml:space="preserve"> przeznaczony do kontaktu w sprawach zajęć; </w:t>
      </w:r>
    </w:p>
    <w:p w14:paraId="5BE4ED21" w14:textId="77777777" w:rsidR="00E46A88" w:rsidRDefault="00000000" w:rsidP="00C36E75">
      <w:pPr>
        <w:spacing w:after="80"/>
        <w:jc w:val="both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sz w:val="24"/>
          <w:szCs w:val="24"/>
        </w:rPr>
        <w:t xml:space="preserve">2) </w:t>
      </w:r>
      <w:proofErr w:type="spellStart"/>
      <w:r w:rsidRPr="00C36E75">
        <w:rPr>
          <w:rFonts w:ascii="Boston" w:hAnsi="Boston"/>
          <w:sz w:val="24"/>
          <w:szCs w:val="24"/>
        </w:rPr>
        <w:t>osobiście</w:t>
      </w:r>
      <w:proofErr w:type="spellEnd"/>
      <w:r w:rsidRPr="00C36E75">
        <w:rPr>
          <w:rFonts w:ascii="Boston" w:hAnsi="Boston"/>
          <w:sz w:val="24"/>
          <w:szCs w:val="24"/>
        </w:rPr>
        <w:t xml:space="preserve"> w </w:t>
      </w:r>
      <w:proofErr w:type="spellStart"/>
      <w:r w:rsidRPr="00C36E75">
        <w:rPr>
          <w:rFonts w:ascii="Boston" w:hAnsi="Boston"/>
          <w:sz w:val="24"/>
          <w:szCs w:val="24"/>
        </w:rPr>
        <w:t>siedzibie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CKiB</w:t>
      </w:r>
      <w:proofErr w:type="spellEnd"/>
      <w:r w:rsidRPr="00C36E75">
        <w:rPr>
          <w:rFonts w:ascii="Boston" w:hAnsi="Boston"/>
          <w:sz w:val="24"/>
          <w:szCs w:val="24"/>
        </w:rPr>
        <w:t xml:space="preserve">; </w:t>
      </w:r>
    </w:p>
    <w:p w14:paraId="1AEF43F4" w14:textId="48AACF71" w:rsidR="0065522F" w:rsidRPr="00C36E75" w:rsidRDefault="00000000" w:rsidP="00C36E75">
      <w:pPr>
        <w:spacing w:after="80"/>
        <w:jc w:val="both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sz w:val="24"/>
          <w:szCs w:val="24"/>
        </w:rPr>
        <w:t xml:space="preserve">3) </w:t>
      </w:r>
      <w:proofErr w:type="spellStart"/>
      <w:r w:rsidRPr="00C36E75">
        <w:rPr>
          <w:rFonts w:ascii="Boston" w:hAnsi="Boston"/>
          <w:sz w:val="24"/>
          <w:szCs w:val="24"/>
        </w:rPr>
        <w:t>telefonicznie</w:t>
      </w:r>
      <w:proofErr w:type="spellEnd"/>
      <w:r w:rsidRPr="00C36E75">
        <w:rPr>
          <w:rFonts w:ascii="Boston" w:hAnsi="Boston"/>
          <w:sz w:val="24"/>
          <w:szCs w:val="24"/>
        </w:rPr>
        <w:t xml:space="preserve"> – w </w:t>
      </w:r>
      <w:proofErr w:type="spellStart"/>
      <w:r w:rsidRPr="00C36E75">
        <w:rPr>
          <w:rFonts w:ascii="Boston" w:hAnsi="Boston"/>
          <w:sz w:val="24"/>
          <w:szCs w:val="24"/>
        </w:rPr>
        <w:t>przypadku</w:t>
      </w:r>
      <w:proofErr w:type="spellEnd"/>
      <w:r w:rsidRPr="00C36E75">
        <w:rPr>
          <w:rFonts w:ascii="Boston" w:hAnsi="Boston"/>
          <w:sz w:val="24"/>
          <w:szCs w:val="24"/>
        </w:rPr>
        <w:t xml:space="preserve"> gdy CKiB dopuszcza taką formę zgłoszenia.</w:t>
      </w:r>
    </w:p>
    <w:p w14:paraId="680EA0E2" w14:textId="77777777" w:rsidR="0065522F" w:rsidRPr="00C36E75" w:rsidRDefault="00000000" w:rsidP="00C36E75">
      <w:pPr>
        <w:spacing w:after="80"/>
        <w:jc w:val="both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sz w:val="24"/>
          <w:szCs w:val="24"/>
        </w:rPr>
        <w:t>4. W przypadku rezygnacji drogą mailową wiadomość powinna umożliwiać jednoznaczną identyfikację uczestnika oraz zajęć, z których uczestnik rezygnuje.</w:t>
      </w:r>
    </w:p>
    <w:p w14:paraId="143EF59D" w14:textId="77777777" w:rsidR="0065522F" w:rsidRPr="00C36E75" w:rsidRDefault="00000000" w:rsidP="00C36E75">
      <w:pPr>
        <w:spacing w:after="80"/>
        <w:jc w:val="both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sz w:val="24"/>
          <w:szCs w:val="24"/>
        </w:rPr>
        <w:t>5. Samo zaprzestanie uczęszczania na zajęcia nie jest równoznaczne z rezygnacją z udziału w zajęciach.</w:t>
      </w:r>
    </w:p>
    <w:p w14:paraId="4E615702" w14:textId="77777777" w:rsidR="0065522F" w:rsidRPr="00C36E75" w:rsidRDefault="00000000" w:rsidP="00C36E75">
      <w:pPr>
        <w:spacing w:after="80"/>
        <w:jc w:val="both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sz w:val="24"/>
          <w:szCs w:val="24"/>
        </w:rPr>
        <w:t>6. Do momentu skutecznego zgłoszenia rezygnacji uczestnik pozostaje zapisany na zajęcia i obowiązany jest do uregulowania należnych opłat.</w:t>
      </w:r>
    </w:p>
    <w:p w14:paraId="0753D2CE" w14:textId="77777777" w:rsidR="0065522F" w:rsidRPr="00C36E75" w:rsidRDefault="00000000" w:rsidP="00C36E75">
      <w:pPr>
        <w:spacing w:after="80"/>
        <w:jc w:val="both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sz w:val="24"/>
          <w:szCs w:val="24"/>
        </w:rPr>
        <w:t>7. Rezygnacja z zajęć nie zwalnia z obowiązku uregulowania opłat należnych za okres poprzedzający skuteczne zgłoszenie rezygnacji.</w:t>
      </w:r>
    </w:p>
    <w:p w14:paraId="35CACB9B" w14:textId="77777777" w:rsidR="0065522F" w:rsidRPr="00C36E75" w:rsidRDefault="00000000" w:rsidP="00C36E75">
      <w:pPr>
        <w:spacing w:after="80"/>
        <w:jc w:val="both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sz w:val="24"/>
          <w:szCs w:val="24"/>
        </w:rPr>
        <w:t>8. Po skutecznym zgłoszeniu rezygnacji CKiB może zwolnić miejsce w grupie i udostępnić je kolejnej osobie oczekującej.</w:t>
      </w:r>
    </w:p>
    <w:p w14:paraId="3FF1B793" w14:textId="77777777" w:rsidR="0065522F" w:rsidRPr="00C36E75" w:rsidRDefault="00000000" w:rsidP="00C36E75">
      <w:pPr>
        <w:spacing w:before="200" w:after="100"/>
        <w:jc w:val="center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b/>
          <w:sz w:val="24"/>
          <w:szCs w:val="24"/>
        </w:rPr>
        <w:t>VII. ZMIANA, ODWOŁANIE LUB PRZERWA W ZAJĘCIACH</w:t>
      </w:r>
    </w:p>
    <w:p w14:paraId="371C5A12" w14:textId="77777777" w:rsidR="0065522F" w:rsidRPr="00C36E75" w:rsidRDefault="00000000" w:rsidP="00C36E75">
      <w:pPr>
        <w:spacing w:before="120" w:after="100"/>
        <w:jc w:val="center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b/>
          <w:sz w:val="24"/>
          <w:szCs w:val="24"/>
        </w:rPr>
        <w:t>§ 7.</w:t>
      </w:r>
    </w:p>
    <w:p w14:paraId="55B82BF2" w14:textId="77777777" w:rsidR="0065522F" w:rsidRPr="00C36E75" w:rsidRDefault="00000000" w:rsidP="00C36E75">
      <w:pPr>
        <w:spacing w:after="80"/>
        <w:jc w:val="both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sz w:val="24"/>
          <w:szCs w:val="24"/>
        </w:rPr>
        <w:t>1. CKiB może z ważnych przyczyn zmienić termin, godzinę lub miejsce prowadzenia zajęć.</w:t>
      </w:r>
    </w:p>
    <w:p w14:paraId="11822A6F" w14:textId="77777777" w:rsidR="00E46A88" w:rsidRDefault="00000000" w:rsidP="00C36E75">
      <w:pPr>
        <w:spacing w:after="80"/>
        <w:jc w:val="both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sz w:val="24"/>
          <w:szCs w:val="24"/>
        </w:rPr>
        <w:t xml:space="preserve">2. Do ważnych przyczyn należą w szczególności: </w:t>
      </w:r>
    </w:p>
    <w:p w14:paraId="7C58F425" w14:textId="77777777" w:rsidR="00E46A88" w:rsidRDefault="00000000" w:rsidP="00C36E75">
      <w:pPr>
        <w:spacing w:after="80"/>
        <w:jc w:val="both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sz w:val="24"/>
          <w:szCs w:val="24"/>
        </w:rPr>
        <w:t xml:space="preserve">1) </w:t>
      </w:r>
      <w:proofErr w:type="spellStart"/>
      <w:r w:rsidRPr="00C36E75">
        <w:rPr>
          <w:rFonts w:ascii="Boston" w:hAnsi="Boston"/>
          <w:sz w:val="24"/>
          <w:szCs w:val="24"/>
        </w:rPr>
        <w:t>choroba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instruktora</w:t>
      </w:r>
      <w:proofErr w:type="spellEnd"/>
      <w:r w:rsidRPr="00C36E75">
        <w:rPr>
          <w:rFonts w:ascii="Boston" w:hAnsi="Boston"/>
          <w:sz w:val="24"/>
          <w:szCs w:val="24"/>
        </w:rPr>
        <w:t xml:space="preserve">; </w:t>
      </w:r>
    </w:p>
    <w:p w14:paraId="08550329" w14:textId="77777777" w:rsidR="00E46A88" w:rsidRDefault="00000000" w:rsidP="00C36E75">
      <w:pPr>
        <w:spacing w:after="80"/>
        <w:jc w:val="both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sz w:val="24"/>
          <w:szCs w:val="24"/>
        </w:rPr>
        <w:t xml:space="preserve">2) </w:t>
      </w:r>
      <w:proofErr w:type="spellStart"/>
      <w:r w:rsidRPr="00C36E75">
        <w:rPr>
          <w:rFonts w:ascii="Boston" w:hAnsi="Boston"/>
          <w:sz w:val="24"/>
          <w:szCs w:val="24"/>
        </w:rPr>
        <w:t>niedostępność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sali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lub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obiektu</w:t>
      </w:r>
      <w:proofErr w:type="spellEnd"/>
      <w:r w:rsidRPr="00C36E75">
        <w:rPr>
          <w:rFonts w:ascii="Boston" w:hAnsi="Boston"/>
          <w:sz w:val="24"/>
          <w:szCs w:val="24"/>
        </w:rPr>
        <w:t xml:space="preserve">; </w:t>
      </w:r>
    </w:p>
    <w:p w14:paraId="4AA60267" w14:textId="77777777" w:rsidR="00E46A88" w:rsidRDefault="00000000" w:rsidP="00C36E75">
      <w:pPr>
        <w:spacing w:after="80"/>
        <w:jc w:val="both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sz w:val="24"/>
          <w:szCs w:val="24"/>
        </w:rPr>
        <w:t xml:space="preserve">3) </w:t>
      </w:r>
      <w:proofErr w:type="spellStart"/>
      <w:r w:rsidRPr="00C36E75">
        <w:rPr>
          <w:rFonts w:ascii="Boston" w:hAnsi="Boston"/>
          <w:sz w:val="24"/>
          <w:szCs w:val="24"/>
        </w:rPr>
        <w:t>awaria</w:t>
      </w:r>
      <w:proofErr w:type="spellEnd"/>
      <w:r w:rsidRPr="00C36E75">
        <w:rPr>
          <w:rFonts w:ascii="Boston" w:hAnsi="Boston"/>
          <w:sz w:val="24"/>
          <w:szCs w:val="24"/>
        </w:rPr>
        <w:t xml:space="preserve">; </w:t>
      </w:r>
    </w:p>
    <w:p w14:paraId="5371B0B7" w14:textId="77777777" w:rsidR="00E46A88" w:rsidRDefault="00000000" w:rsidP="00C36E75">
      <w:pPr>
        <w:spacing w:after="80"/>
        <w:jc w:val="both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sz w:val="24"/>
          <w:szCs w:val="24"/>
        </w:rPr>
        <w:t xml:space="preserve">4) </w:t>
      </w:r>
      <w:proofErr w:type="spellStart"/>
      <w:r w:rsidRPr="00C36E75">
        <w:rPr>
          <w:rFonts w:ascii="Boston" w:hAnsi="Boston"/>
          <w:sz w:val="24"/>
          <w:szCs w:val="24"/>
        </w:rPr>
        <w:t>względy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bezpieczeństwa</w:t>
      </w:r>
      <w:proofErr w:type="spellEnd"/>
      <w:r w:rsidRPr="00C36E75">
        <w:rPr>
          <w:rFonts w:ascii="Boston" w:hAnsi="Boston"/>
          <w:sz w:val="24"/>
          <w:szCs w:val="24"/>
        </w:rPr>
        <w:t xml:space="preserve">; </w:t>
      </w:r>
    </w:p>
    <w:p w14:paraId="351587B0" w14:textId="77777777" w:rsidR="00E46A88" w:rsidRDefault="00000000" w:rsidP="00C36E75">
      <w:pPr>
        <w:spacing w:after="80"/>
        <w:jc w:val="both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sz w:val="24"/>
          <w:szCs w:val="24"/>
        </w:rPr>
        <w:t xml:space="preserve">5) </w:t>
      </w:r>
      <w:proofErr w:type="spellStart"/>
      <w:r w:rsidRPr="00C36E75">
        <w:rPr>
          <w:rFonts w:ascii="Boston" w:hAnsi="Boston"/>
          <w:sz w:val="24"/>
          <w:szCs w:val="24"/>
        </w:rPr>
        <w:t>wydarzenia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organizowane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przez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CKiB</w:t>
      </w:r>
      <w:proofErr w:type="spellEnd"/>
      <w:r w:rsidRPr="00C36E75">
        <w:rPr>
          <w:rFonts w:ascii="Boston" w:hAnsi="Boston"/>
          <w:sz w:val="24"/>
          <w:szCs w:val="24"/>
        </w:rPr>
        <w:t xml:space="preserve">; </w:t>
      </w:r>
    </w:p>
    <w:p w14:paraId="157AC0BA" w14:textId="4B952E14" w:rsidR="0065522F" w:rsidRPr="00C36E75" w:rsidRDefault="00000000" w:rsidP="00C36E75">
      <w:pPr>
        <w:spacing w:after="80"/>
        <w:jc w:val="both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sz w:val="24"/>
          <w:szCs w:val="24"/>
        </w:rPr>
        <w:t xml:space="preserve">6) </w:t>
      </w:r>
      <w:proofErr w:type="spellStart"/>
      <w:r w:rsidRPr="00C36E75">
        <w:rPr>
          <w:rFonts w:ascii="Boston" w:hAnsi="Boston"/>
          <w:sz w:val="24"/>
          <w:szCs w:val="24"/>
        </w:rPr>
        <w:t>inne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przyczyny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losowe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lub</w:t>
      </w:r>
      <w:proofErr w:type="spellEnd"/>
      <w:r w:rsidRPr="00C36E75">
        <w:rPr>
          <w:rFonts w:ascii="Boston" w:hAnsi="Boston"/>
          <w:sz w:val="24"/>
          <w:szCs w:val="24"/>
        </w:rPr>
        <w:t xml:space="preserve"> organizacyjne.</w:t>
      </w:r>
    </w:p>
    <w:p w14:paraId="214062EF" w14:textId="77777777" w:rsidR="0065522F" w:rsidRPr="00C36E75" w:rsidRDefault="00000000" w:rsidP="00C36E75">
      <w:pPr>
        <w:spacing w:after="80"/>
        <w:jc w:val="both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sz w:val="24"/>
          <w:szCs w:val="24"/>
        </w:rPr>
        <w:lastRenderedPageBreak/>
        <w:t>3. O zmianie terminu, godziny lub miejsca zajęć CKiB w miarę możliwości poinformuje uczestników lub rodziców/opiekunów prawnych za pośrednictwem strony internetowej, Strefy Zajęć, wiadomości SMS, poczty elektronicznej lub innej dostępnej formy kontaktu.</w:t>
      </w:r>
    </w:p>
    <w:p w14:paraId="1552E4E6" w14:textId="77777777" w:rsidR="00E46A88" w:rsidRDefault="00000000" w:rsidP="00C36E75">
      <w:pPr>
        <w:spacing w:after="80"/>
        <w:jc w:val="both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sz w:val="24"/>
          <w:szCs w:val="24"/>
        </w:rPr>
        <w:t xml:space="preserve">4. W przypadku odwołania zajęć przez CKiB Organizator, w miarę możliwości, może: </w:t>
      </w:r>
    </w:p>
    <w:p w14:paraId="0C2EB737" w14:textId="77777777" w:rsidR="00E46A88" w:rsidRDefault="00000000" w:rsidP="00C36E75">
      <w:pPr>
        <w:spacing w:after="80"/>
        <w:jc w:val="both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sz w:val="24"/>
          <w:szCs w:val="24"/>
        </w:rPr>
        <w:t xml:space="preserve">1) </w:t>
      </w:r>
      <w:proofErr w:type="spellStart"/>
      <w:r w:rsidRPr="00C36E75">
        <w:rPr>
          <w:rFonts w:ascii="Boston" w:hAnsi="Boston"/>
          <w:sz w:val="24"/>
          <w:szCs w:val="24"/>
        </w:rPr>
        <w:t>wyznaczyć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dodatkowy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termin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zajęć</w:t>
      </w:r>
      <w:proofErr w:type="spellEnd"/>
      <w:r w:rsidRPr="00C36E75">
        <w:rPr>
          <w:rFonts w:ascii="Boston" w:hAnsi="Boston"/>
          <w:sz w:val="24"/>
          <w:szCs w:val="24"/>
        </w:rPr>
        <w:t xml:space="preserve">; </w:t>
      </w:r>
    </w:p>
    <w:p w14:paraId="2334A298" w14:textId="77777777" w:rsidR="00E46A88" w:rsidRDefault="00000000" w:rsidP="00C36E75">
      <w:pPr>
        <w:spacing w:after="80"/>
        <w:jc w:val="both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sz w:val="24"/>
          <w:szCs w:val="24"/>
        </w:rPr>
        <w:t xml:space="preserve">2) </w:t>
      </w:r>
      <w:proofErr w:type="spellStart"/>
      <w:r w:rsidRPr="00C36E75">
        <w:rPr>
          <w:rFonts w:ascii="Boston" w:hAnsi="Boston"/>
          <w:sz w:val="24"/>
          <w:szCs w:val="24"/>
        </w:rPr>
        <w:t>przenieść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zajęcia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na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inny</w:t>
      </w:r>
      <w:proofErr w:type="spellEnd"/>
      <w:r w:rsidRPr="00C36E75">
        <w:rPr>
          <w:rFonts w:ascii="Boston" w:hAnsi="Boston"/>
          <w:sz w:val="24"/>
          <w:szCs w:val="24"/>
        </w:rPr>
        <w:t xml:space="preserve"> termin; </w:t>
      </w:r>
    </w:p>
    <w:p w14:paraId="1AD46E2A" w14:textId="77777777" w:rsidR="00E46A88" w:rsidRDefault="00000000" w:rsidP="00C36E75">
      <w:pPr>
        <w:spacing w:after="80"/>
        <w:jc w:val="both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sz w:val="24"/>
          <w:szCs w:val="24"/>
        </w:rPr>
        <w:t xml:space="preserve">3) </w:t>
      </w:r>
      <w:proofErr w:type="spellStart"/>
      <w:r w:rsidRPr="00C36E75">
        <w:rPr>
          <w:rFonts w:ascii="Boston" w:hAnsi="Boston"/>
          <w:sz w:val="24"/>
          <w:szCs w:val="24"/>
        </w:rPr>
        <w:t>zaliczyć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wniesioną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opłatę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na</w:t>
      </w:r>
      <w:proofErr w:type="spellEnd"/>
      <w:r w:rsidRPr="00C36E75">
        <w:rPr>
          <w:rFonts w:ascii="Boston" w:hAnsi="Boston"/>
          <w:sz w:val="24"/>
          <w:szCs w:val="24"/>
        </w:rPr>
        <w:t xml:space="preserve"> inne zajęcia; </w:t>
      </w:r>
    </w:p>
    <w:p w14:paraId="3E20299D" w14:textId="354E6062" w:rsidR="0065522F" w:rsidRPr="00C36E75" w:rsidRDefault="00000000" w:rsidP="00C36E75">
      <w:pPr>
        <w:spacing w:after="80"/>
        <w:jc w:val="both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sz w:val="24"/>
          <w:szCs w:val="24"/>
        </w:rPr>
        <w:t xml:space="preserve">4) </w:t>
      </w:r>
      <w:proofErr w:type="spellStart"/>
      <w:r w:rsidRPr="00C36E75">
        <w:rPr>
          <w:rFonts w:ascii="Boston" w:hAnsi="Boston"/>
          <w:sz w:val="24"/>
          <w:szCs w:val="24"/>
        </w:rPr>
        <w:t>dokonać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zwrotu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opłaty</w:t>
      </w:r>
      <w:proofErr w:type="spellEnd"/>
      <w:r w:rsidRPr="00C36E75">
        <w:rPr>
          <w:rFonts w:ascii="Boston" w:hAnsi="Boston"/>
          <w:sz w:val="24"/>
          <w:szCs w:val="24"/>
        </w:rPr>
        <w:t xml:space="preserve"> – odpowiednio do sytuacji.</w:t>
      </w:r>
    </w:p>
    <w:p w14:paraId="72E94E1D" w14:textId="77777777" w:rsidR="0065522F" w:rsidRPr="00C36E75" w:rsidRDefault="00000000" w:rsidP="00C36E75">
      <w:pPr>
        <w:spacing w:after="80"/>
        <w:jc w:val="both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sz w:val="24"/>
          <w:szCs w:val="24"/>
        </w:rPr>
        <w:t>5. Jeżeli odwołanie zajęć powoduje konieczność rozliczenia wniesionej opłaty, CKiB poinformuje uczestnika lub rodzica/opiekuna prawnego o sposobie jej rozliczenia.</w:t>
      </w:r>
    </w:p>
    <w:p w14:paraId="7B66A5D1" w14:textId="77777777" w:rsidR="0065522F" w:rsidRPr="00C36E75" w:rsidRDefault="00000000" w:rsidP="00C36E75">
      <w:pPr>
        <w:spacing w:after="80"/>
        <w:jc w:val="both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sz w:val="24"/>
          <w:szCs w:val="24"/>
        </w:rPr>
        <w:t>6. CKiB może zawiesić lub zakończyć prowadzenie grupy w przypadku niewystarczającej liczby uczestników, przyczyn organizacyjnych, technicznych, finansowych, kadrowych lub innych okoliczności uniemożliwiających dalszą realizację zajęć.</w:t>
      </w:r>
    </w:p>
    <w:p w14:paraId="2BF449B9" w14:textId="77777777" w:rsidR="0065522F" w:rsidRPr="00C36E75" w:rsidRDefault="00000000" w:rsidP="00C36E75">
      <w:pPr>
        <w:spacing w:before="200" w:after="100"/>
        <w:jc w:val="center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b/>
          <w:sz w:val="24"/>
          <w:szCs w:val="24"/>
        </w:rPr>
        <w:t>VIII. UCZESTNICY MAŁOLETNI</w:t>
      </w:r>
    </w:p>
    <w:p w14:paraId="55BD0F5A" w14:textId="77777777" w:rsidR="0065522F" w:rsidRPr="00C36E75" w:rsidRDefault="00000000" w:rsidP="00C36E75">
      <w:pPr>
        <w:spacing w:before="120" w:after="100"/>
        <w:jc w:val="center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b/>
          <w:sz w:val="24"/>
          <w:szCs w:val="24"/>
        </w:rPr>
        <w:t>§ 8.</w:t>
      </w:r>
    </w:p>
    <w:p w14:paraId="5102E508" w14:textId="77777777" w:rsidR="0065522F" w:rsidRPr="00C36E75" w:rsidRDefault="00000000" w:rsidP="00C36E75">
      <w:pPr>
        <w:spacing w:after="80"/>
        <w:jc w:val="both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sz w:val="24"/>
          <w:szCs w:val="24"/>
        </w:rPr>
        <w:t>1. W przypadku uczestnika małoletniego wszelkich czynności związanych z zapisem i uczestnictwem dokonuje rodzic lub opiekun prawny, w zakresie wymaganym przez przepisy prawa i organizację danych zajęć.</w:t>
      </w:r>
    </w:p>
    <w:p w14:paraId="77194EFA" w14:textId="77777777" w:rsidR="0065522F" w:rsidRPr="00C36E75" w:rsidRDefault="00000000" w:rsidP="00C36E75">
      <w:pPr>
        <w:spacing w:after="80"/>
        <w:jc w:val="both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sz w:val="24"/>
          <w:szCs w:val="24"/>
        </w:rPr>
        <w:t>2. Rodzic lub opiekun prawny zobowiązany jest przekazać CKiB informacje istotne dla bezpieczeństwa dziecka, w szczególności dotyczące alergii, chorób przewlekłych, ograniczeń zdrowotnych lub innych okoliczności, które mogą mieć wpływ na bezpieczny udział w zajęciach.</w:t>
      </w:r>
    </w:p>
    <w:p w14:paraId="20F7BC51" w14:textId="77777777" w:rsidR="0065522F" w:rsidRPr="00C36E75" w:rsidRDefault="00000000" w:rsidP="00C36E75">
      <w:pPr>
        <w:spacing w:after="80"/>
        <w:jc w:val="both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sz w:val="24"/>
          <w:szCs w:val="24"/>
        </w:rPr>
        <w:t>3. Uczestnik małoletni pozostaje pod opieką instruktora lub osoby prowadzącej zajęcia wyłącznie w czasie trwania zajęć, zgodnie z podanym harmonogramem.</w:t>
      </w:r>
    </w:p>
    <w:p w14:paraId="5B002DB1" w14:textId="77777777" w:rsidR="0065522F" w:rsidRPr="00C36E75" w:rsidRDefault="00000000" w:rsidP="00C36E75">
      <w:pPr>
        <w:spacing w:after="80"/>
        <w:jc w:val="both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sz w:val="24"/>
          <w:szCs w:val="24"/>
        </w:rPr>
        <w:t>4. CKiB nie sprawuje opieki nad dzieckiem przed rozpoczęciem ani po zakończeniu zajęć.</w:t>
      </w:r>
    </w:p>
    <w:p w14:paraId="30E5B6F8" w14:textId="77777777" w:rsidR="0065522F" w:rsidRPr="00C36E75" w:rsidRDefault="00000000" w:rsidP="00C36E75">
      <w:pPr>
        <w:spacing w:after="80"/>
        <w:jc w:val="both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sz w:val="24"/>
          <w:szCs w:val="24"/>
        </w:rPr>
        <w:t>5. Za drogę dziecka na zajęcia i z zajęć oraz sposób jego powrotu odpowiada rodzic lub opiekun prawny.</w:t>
      </w:r>
    </w:p>
    <w:p w14:paraId="77A90F7F" w14:textId="77777777" w:rsidR="0065522F" w:rsidRPr="00C36E75" w:rsidRDefault="00000000" w:rsidP="00C36E75">
      <w:pPr>
        <w:spacing w:after="80"/>
        <w:jc w:val="both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sz w:val="24"/>
          <w:szCs w:val="24"/>
        </w:rPr>
        <w:t>6. Jeżeli charakter zajęć lub wiek uczestnika wymaga odbioru dziecka przez rodzica/opiekuna prawnego lub upoważnioną osobę, zasady odbioru określa CKiB dla danej formy zajęć.</w:t>
      </w:r>
    </w:p>
    <w:p w14:paraId="2BC47F50" w14:textId="3C16D2B5" w:rsidR="0065522F" w:rsidRPr="00C36E75" w:rsidRDefault="00000000" w:rsidP="00C36E75">
      <w:pPr>
        <w:spacing w:after="80"/>
        <w:jc w:val="both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sz w:val="24"/>
          <w:szCs w:val="24"/>
        </w:rPr>
        <w:t xml:space="preserve">7. W </w:t>
      </w:r>
      <w:proofErr w:type="spellStart"/>
      <w:r w:rsidRPr="00C36E75">
        <w:rPr>
          <w:rFonts w:ascii="Boston" w:hAnsi="Boston"/>
          <w:sz w:val="24"/>
          <w:szCs w:val="24"/>
        </w:rPr>
        <w:t>przypadku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wystąpienia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podczas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zajęć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zdarzenia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wymagającego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kontaktu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r w:rsidR="00E46A88">
        <w:rPr>
          <w:rFonts w:ascii="Boston" w:hAnsi="Boston"/>
          <w:sz w:val="24"/>
          <w:szCs w:val="24"/>
        </w:rPr>
        <w:br/>
      </w:r>
      <w:r w:rsidRPr="00C36E75">
        <w:rPr>
          <w:rFonts w:ascii="Boston" w:hAnsi="Boston"/>
          <w:sz w:val="24"/>
          <w:szCs w:val="24"/>
        </w:rPr>
        <w:t xml:space="preserve">z </w:t>
      </w:r>
      <w:proofErr w:type="spellStart"/>
      <w:r w:rsidRPr="00C36E75">
        <w:rPr>
          <w:rFonts w:ascii="Boston" w:hAnsi="Boston"/>
          <w:sz w:val="24"/>
          <w:szCs w:val="24"/>
        </w:rPr>
        <w:t>rodzicem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lub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opiekunem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prawnym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CKiB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podejmuje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odpowiednie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działania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r w:rsidR="00E46A88">
        <w:rPr>
          <w:rFonts w:ascii="Boston" w:hAnsi="Boston"/>
          <w:sz w:val="24"/>
          <w:szCs w:val="24"/>
        </w:rPr>
        <w:br/>
      </w:r>
      <w:proofErr w:type="spellStart"/>
      <w:r w:rsidRPr="00C36E75">
        <w:rPr>
          <w:rFonts w:ascii="Boston" w:hAnsi="Boston"/>
          <w:sz w:val="24"/>
          <w:szCs w:val="24"/>
        </w:rPr>
        <w:t>i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niezwłocznie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informuje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rodzica</w:t>
      </w:r>
      <w:proofErr w:type="spellEnd"/>
      <w:r w:rsidRPr="00C36E75">
        <w:rPr>
          <w:rFonts w:ascii="Boston" w:hAnsi="Boston"/>
          <w:sz w:val="24"/>
          <w:szCs w:val="24"/>
        </w:rPr>
        <w:t>/</w:t>
      </w:r>
      <w:proofErr w:type="spellStart"/>
      <w:r w:rsidRPr="00C36E75">
        <w:rPr>
          <w:rFonts w:ascii="Boston" w:hAnsi="Boston"/>
          <w:sz w:val="24"/>
          <w:szCs w:val="24"/>
        </w:rPr>
        <w:t>opiekuna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prawnego</w:t>
      </w:r>
      <w:proofErr w:type="spellEnd"/>
      <w:r w:rsidRPr="00C36E75">
        <w:rPr>
          <w:rFonts w:ascii="Boston" w:hAnsi="Boston"/>
          <w:sz w:val="24"/>
          <w:szCs w:val="24"/>
        </w:rPr>
        <w:t>.</w:t>
      </w:r>
    </w:p>
    <w:p w14:paraId="2C54E36D" w14:textId="77777777" w:rsidR="0065522F" w:rsidRPr="00C36E75" w:rsidRDefault="00000000" w:rsidP="00C36E75">
      <w:pPr>
        <w:spacing w:after="80"/>
        <w:jc w:val="both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sz w:val="24"/>
          <w:szCs w:val="24"/>
        </w:rPr>
        <w:lastRenderedPageBreak/>
        <w:t>8. W przypadku zajęć z udziałem osób małoletnich zastosowanie mają również obowiązujące w CKiB Standardy Ochrony Małoletnich, udostępnione na stronie internetowej CKiB oraz w siedzibie CKiB.</w:t>
      </w:r>
    </w:p>
    <w:p w14:paraId="4FA58B63" w14:textId="77777777" w:rsidR="0065522F" w:rsidRPr="00C36E75" w:rsidRDefault="00000000" w:rsidP="00C36E75">
      <w:pPr>
        <w:spacing w:before="200" w:after="100"/>
        <w:jc w:val="center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b/>
          <w:sz w:val="24"/>
          <w:szCs w:val="24"/>
        </w:rPr>
        <w:t>IX. ZDROWIE I BEZPIECZEŃSTWO</w:t>
      </w:r>
    </w:p>
    <w:p w14:paraId="1CE1370C" w14:textId="77777777" w:rsidR="0065522F" w:rsidRPr="00C36E75" w:rsidRDefault="00000000" w:rsidP="00C36E75">
      <w:pPr>
        <w:spacing w:before="120" w:after="100"/>
        <w:jc w:val="center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b/>
          <w:sz w:val="24"/>
          <w:szCs w:val="24"/>
        </w:rPr>
        <w:t>§ 9.</w:t>
      </w:r>
    </w:p>
    <w:p w14:paraId="07099849" w14:textId="529E4F95" w:rsidR="0065522F" w:rsidRPr="00C36E75" w:rsidRDefault="00000000" w:rsidP="00C36E75">
      <w:pPr>
        <w:spacing w:after="80"/>
        <w:jc w:val="both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sz w:val="24"/>
          <w:szCs w:val="24"/>
        </w:rPr>
        <w:t xml:space="preserve">1. </w:t>
      </w:r>
      <w:proofErr w:type="spellStart"/>
      <w:r w:rsidRPr="00C36E75">
        <w:rPr>
          <w:rFonts w:ascii="Boston" w:hAnsi="Boston"/>
          <w:sz w:val="24"/>
          <w:szCs w:val="24"/>
        </w:rPr>
        <w:t>Uczestnik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powinien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posiadać</w:t>
      </w:r>
      <w:proofErr w:type="spellEnd"/>
      <w:r w:rsidRPr="00C36E75">
        <w:rPr>
          <w:rFonts w:ascii="Boston" w:hAnsi="Boston"/>
          <w:sz w:val="24"/>
          <w:szCs w:val="24"/>
        </w:rPr>
        <w:t xml:space="preserve"> stan </w:t>
      </w:r>
      <w:proofErr w:type="spellStart"/>
      <w:r w:rsidRPr="00C36E75">
        <w:rPr>
          <w:rFonts w:ascii="Boston" w:hAnsi="Boston"/>
          <w:sz w:val="24"/>
          <w:szCs w:val="24"/>
        </w:rPr>
        <w:t>zdrowia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umożliwiający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bezpieczny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udział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r w:rsidR="00E46A88">
        <w:rPr>
          <w:rFonts w:ascii="Boston" w:hAnsi="Boston"/>
          <w:sz w:val="24"/>
          <w:szCs w:val="24"/>
        </w:rPr>
        <w:br/>
      </w:r>
      <w:r w:rsidRPr="00C36E75">
        <w:rPr>
          <w:rFonts w:ascii="Boston" w:hAnsi="Boston"/>
          <w:sz w:val="24"/>
          <w:szCs w:val="24"/>
        </w:rPr>
        <w:t xml:space="preserve">w </w:t>
      </w:r>
      <w:proofErr w:type="spellStart"/>
      <w:r w:rsidRPr="00C36E75">
        <w:rPr>
          <w:rFonts w:ascii="Boston" w:hAnsi="Boston"/>
          <w:sz w:val="24"/>
          <w:szCs w:val="24"/>
        </w:rPr>
        <w:t>wybranych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zajęciach</w:t>
      </w:r>
      <w:proofErr w:type="spellEnd"/>
      <w:r w:rsidRPr="00C36E75">
        <w:rPr>
          <w:rFonts w:ascii="Boston" w:hAnsi="Boston"/>
          <w:sz w:val="24"/>
          <w:szCs w:val="24"/>
        </w:rPr>
        <w:t>.</w:t>
      </w:r>
    </w:p>
    <w:p w14:paraId="1623E298" w14:textId="1E5FDB33" w:rsidR="0065522F" w:rsidRPr="00C36E75" w:rsidRDefault="00000000" w:rsidP="00C36E75">
      <w:pPr>
        <w:spacing w:after="80"/>
        <w:jc w:val="both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sz w:val="24"/>
          <w:szCs w:val="24"/>
        </w:rPr>
        <w:t xml:space="preserve">2. </w:t>
      </w:r>
      <w:proofErr w:type="spellStart"/>
      <w:r w:rsidRPr="00C36E75">
        <w:rPr>
          <w:rFonts w:ascii="Boston" w:hAnsi="Boston"/>
          <w:sz w:val="24"/>
          <w:szCs w:val="24"/>
        </w:rPr>
        <w:t>Rodzic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lub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opiekun</w:t>
      </w:r>
      <w:proofErr w:type="spellEnd"/>
      <w:r w:rsidRPr="00C36E75">
        <w:rPr>
          <w:rFonts w:ascii="Boston" w:hAnsi="Boston"/>
          <w:sz w:val="24"/>
          <w:szCs w:val="24"/>
        </w:rPr>
        <w:t xml:space="preserve"> prawny </w:t>
      </w:r>
      <w:proofErr w:type="spellStart"/>
      <w:r w:rsidRPr="00C36E75">
        <w:rPr>
          <w:rFonts w:ascii="Boston" w:hAnsi="Boston"/>
          <w:sz w:val="24"/>
          <w:szCs w:val="24"/>
        </w:rPr>
        <w:t>odpowiada</w:t>
      </w:r>
      <w:proofErr w:type="spellEnd"/>
      <w:r w:rsidRPr="00C36E75">
        <w:rPr>
          <w:rFonts w:ascii="Boston" w:hAnsi="Boston"/>
          <w:sz w:val="24"/>
          <w:szCs w:val="24"/>
        </w:rPr>
        <w:t xml:space="preserve"> za </w:t>
      </w:r>
      <w:proofErr w:type="spellStart"/>
      <w:r w:rsidRPr="00C36E75">
        <w:rPr>
          <w:rFonts w:ascii="Boston" w:hAnsi="Boston"/>
          <w:sz w:val="24"/>
          <w:szCs w:val="24"/>
        </w:rPr>
        <w:t>poinformowanie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CKiB</w:t>
      </w:r>
      <w:proofErr w:type="spellEnd"/>
      <w:r w:rsidRPr="00C36E75">
        <w:rPr>
          <w:rFonts w:ascii="Boston" w:hAnsi="Boston"/>
          <w:sz w:val="24"/>
          <w:szCs w:val="24"/>
        </w:rPr>
        <w:t xml:space="preserve"> o </w:t>
      </w:r>
      <w:proofErr w:type="spellStart"/>
      <w:r w:rsidRPr="00C36E75">
        <w:rPr>
          <w:rFonts w:ascii="Boston" w:hAnsi="Boston"/>
          <w:sz w:val="24"/>
          <w:szCs w:val="24"/>
        </w:rPr>
        <w:t>okolicznościach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zdrowotnych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dziecka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mogących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mieć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wpływ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na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bezpieczeństwo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jego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udziału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r w:rsidR="00E46A88">
        <w:rPr>
          <w:rFonts w:ascii="Boston" w:hAnsi="Boston"/>
          <w:sz w:val="24"/>
          <w:szCs w:val="24"/>
        </w:rPr>
        <w:br/>
      </w:r>
      <w:r w:rsidRPr="00C36E75">
        <w:rPr>
          <w:rFonts w:ascii="Boston" w:hAnsi="Boston"/>
          <w:sz w:val="24"/>
          <w:szCs w:val="24"/>
        </w:rPr>
        <w:t xml:space="preserve">w </w:t>
      </w:r>
      <w:proofErr w:type="spellStart"/>
      <w:r w:rsidRPr="00C36E75">
        <w:rPr>
          <w:rFonts w:ascii="Boston" w:hAnsi="Boston"/>
          <w:sz w:val="24"/>
          <w:szCs w:val="24"/>
        </w:rPr>
        <w:t>zajęciach</w:t>
      </w:r>
      <w:proofErr w:type="spellEnd"/>
      <w:r w:rsidRPr="00C36E75">
        <w:rPr>
          <w:rFonts w:ascii="Boston" w:hAnsi="Boston"/>
          <w:sz w:val="24"/>
          <w:szCs w:val="24"/>
        </w:rPr>
        <w:t>.</w:t>
      </w:r>
    </w:p>
    <w:p w14:paraId="79B88BED" w14:textId="5E6905B9" w:rsidR="0065522F" w:rsidRPr="00C36E75" w:rsidRDefault="00000000" w:rsidP="00C36E75">
      <w:pPr>
        <w:spacing w:after="80"/>
        <w:jc w:val="both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sz w:val="24"/>
          <w:szCs w:val="24"/>
        </w:rPr>
        <w:t xml:space="preserve">3. </w:t>
      </w:r>
      <w:proofErr w:type="spellStart"/>
      <w:r w:rsidRPr="00C36E75">
        <w:rPr>
          <w:rFonts w:ascii="Boston" w:hAnsi="Boston"/>
          <w:sz w:val="24"/>
          <w:szCs w:val="24"/>
        </w:rPr>
        <w:t>Uczestnik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lub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rodzic</w:t>
      </w:r>
      <w:proofErr w:type="spellEnd"/>
      <w:r w:rsidRPr="00C36E75">
        <w:rPr>
          <w:rFonts w:ascii="Boston" w:hAnsi="Boston"/>
          <w:sz w:val="24"/>
          <w:szCs w:val="24"/>
        </w:rPr>
        <w:t>/</w:t>
      </w:r>
      <w:proofErr w:type="spellStart"/>
      <w:r w:rsidRPr="00C36E75">
        <w:rPr>
          <w:rFonts w:ascii="Boston" w:hAnsi="Boston"/>
          <w:sz w:val="24"/>
          <w:szCs w:val="24"/>
        </w:rPr>
        <w:t>opiekun</w:t>
      </w:r>
      <w:proofErr w:type="spellEnd"/>
      <w:r w:rsidRPr="00C36E75">
        <w:rPr>
          <w:rFonts w:ascii="Boston" w:hAnsi="Boston"/>
          <w:sz w:val="24"/>
          <w:szCs w:val="24"/>
        </w:rPr>
        <w:t xml:space="preserve"> prawny </w:t>
      </w:r>
      <w:proofErr w:type="spellStart"/>
      <w:r w:rsidRPr="00C36E75">
        <w:rPr>
          <w:rFonts w:ascii="Boston" w:hAnsi="Boston"/>
          <w:sz w:val="24"/>
          <w:szCs w:val="24"/>
        </w:rPr>
        <w:t>powinien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poinformować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prowadzącego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r w:rsidR="00E46A88">
        <w:rPr>
          <w:rFonts w:ascii="Boston" w:hAnsi="Boston"/>
          <w:sz w:val="24"/>
          <w:szCs w:val="24"/>
        </w:rPr>
        <w:br/>
      </w:r>
      <w:r w:rsidRPr="00C36E75">
        <w:rPr>
          <w:rFonts w:ascii="Boston" w:hAnsi="Boston"/>
          <w:sz w:val="24"/>
          <w:szCs w:val="24"/>
        </w:rPr>
        <w:t xml:space="preserve">o </w:t>
      </w:r>
      <w:proofErr w:type="spellStart"/>
      <w:r w:rsidRPr="00C36E75">
        <w:rPr>
          <w:rFonts w:ascii="Boston" w:hAnsi="Boston"/>
          <w:sz w:val="24"/>
          <w:szCs w:val="24"/>
        </w:rPr>
        <w:t>ograniczeniach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zdrowotnych</w:t>
      </w:r>
      <w:proofErr w:type="spellEnd"/>
      <w:r w:rsidRPr="00C36E75">
        <w:rPr>
          <w:rFonts w:ascii="Boston" w:hAnsi="Boston"/>
          <w:sz w:val="24"/>
          <w:szCs w:val="24"/>
        </w:rPr>
        <w:t xml:space="preserve">, </w:t>
      </w:r>
      <w:proofErr w:type="spellStart"/>
      <w:r w:rsidRPr="00C36E75">
        <w:rPr>
          <w:rFonts w:ascii="Boston" w:hAnsi="Boston"/>
          <w:sz w:val="24"/>
          <w:szCs w:val="24"/>
        </w:rPr>
        <w:t>które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mogą</w:t>
      </w:r>
      <w:proofErr w:type="spellEnd"/>
      <w:r w:rsidRPr="00C36E75">
        <w:rPr>
          <w:rFonts w:ascii="Boston" w:hAnsi="Boston"/>
          <w:sz w:val="24"/>
          <w:szCs w:val="24"/>
        </w:rPr>
        <w:t xml:space="preserve"> mieć znaczenie dla prawidłowego udziału w zajęciach.</w:t>
      </w:r>
    </w:p>
    <w:p w14:paraId="37DCF178" w14:textId="77777777" w:rsidR="0065522F" w:rsidRPr="00C36E75" w:rsidRDefault="00000000" w:rsidP="00C36E75">
      <w:pPr>
        <w:spacing w:after="80"/>
        <w:jc w:val="both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sz w:val="24"/>
          <w:szCs w:val="24"/>
        </w:rPr>
        <w:t>4. Osoba wykazująca objawy choroby, które mogą stwarzać zagrożenie dla niej samej lub innych uczestników, nie powinna uczestniczyć w zajęciach.</w:t>
      </w:r>
    </w:p>
    <w:p w14:paraId="32285180" w14:textId="77777777" w:rsidR="0065522F" w:rsidRPr="00C36E75" w:rsidRDefault="00000000" w:rsidP="00C36E75">
      <w:pPr>
        <w:spacing w:after="80"/>
        <w:jc w:val="both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sz w:val="24"/>
          <w:szCs w:val="24"/>
        </w:rPr>
        <w:t>5. W przypadku pogorszenia stanu zdrowia uczestnika podczas zajęć instruktor podejmuje działania odpowiednie do sytuacji oraz, jeżeli jest to konieczne, kontaktuje się z rodzicem lub opiekunem prawnym.</w:t>
      </w:r>
    </w:p>
    <w:p w14:paraId="4FCB6B39" w14:textId="3336E8EA" w:rsidR="0065522F" w:rsidRPr="00C36E75" w:rsidRDefault="00000000" w:rsidP="00C36E75">
      <w:pPr>
        <w:spacing w:after="80"/>
        <w:jc w:val="both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sz w:val="24"/>
          <w:szCs w:val="24"/>
        </w:rPr>
        <w:t xml:space="preserve">6. W </w:t>
      </w:r>
      <w:proofErr w:type="spellStart"/>
      <w:r w:rsidRPr="00C36E75">
        <w:rPr>
          <w:rFonts w:ascii="Boston" w:hAnsi="Boston"/>
          <w:sz w:val="24"/>
          <w:szCs w:val="24"/>
        </w:rPr>
        <w:t>sytuacji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wymagającej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udzielenia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pomocy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CKiB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podejmuje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działania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zgodne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r w:rsidR="00C36E75">
        <w:rPr>
          <w:rFonts w:ascii="Boston" w:hAnsi="Boston"/>
          <w:sz w:val="24"/>
          <w:szCs w:val="24"/>
        </w:rPr>
        <w:br/>
      </w:r>
      <w:r w:rsidRPr="00C36E75">
        <w:rPr>
          <w:rFonts w:ascii="Boston" w:hAnsi="Boston"/>
          <w:sz w:val="24"/>
          <w:szCs w:val="24"/>
        </w:rPr>
        <w:t xml:space="preserve">z </w:t>
      </w:r>
      <w:proofErr w:type="spellStart"/>
      <w:r w:rsidRPr="00C36E75">
        <w:rPr>
          <w:rFonts w:ascii="Boston" w:hAnsi="Boston"/>
          <w:sz w:val="24"/>
          <w:szCs w:val="24"/>
        </w:rPr>
        <w:t>obowiązującymi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zasadami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bezpieczeństwa</w:t>
      </w:r>
      <w:proofErr w:type="spellEnd"/>
      <w:r w:rsidRPr="00C36E75">
        <w:rPr>
          <w:rFonts w:ascii="Boston" w:hAnsi="Boston"/>
          <w:sz w:val="24"/>
          <w:szCs w:val="24"/>
        </w:rPr>
        <w:t>, w tym może wezwać odpowiednie służby.</w:t>
      </w:r>
    </w:p>
    <w:p w14:paraId="49DD4DBC" w14:textId="77777777" w:rsidR="0065522F" w:rsidRPr="00C36E75" w:rsidRDefault="00000000" w:rsidP="00C36E75">
      <w:pPr>
        <w:spacing w:after="80"/>
        <w:jc w:val="both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sz w:val="24"/>
          <w:szCs w:val="24"/>
        </w:rPr>
        <w:t>7. Uczestnicy zobowiązani są do przestrzegania zasad BHP, ochrony przeciwpożarowej oraz zasad obowiązujących w obiekcie, w którym odbywają się zajęcia.</w:t>
      </w:r>
    </w:p>
    <w:p w14:paraId="49FC11F1" w14:textId="5C9235FE" w:rsidR="0065522F" w:rsidRPr="00C36E75" w:rsidRDefault="00000000" w:rsidP="00C36E75">
      <w:pPr>
        <w:spacing w:after="80"/>
        <w:jc w:val="both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sz w:val="24"/>
          <w:szCs w:val="24"/>
        </w:rPr>
        <w:t xml:space="preserve">8. W </w:t>
      </w:r>
      <w:proofErr w:type="spellStart"/>
      <w:r w:rsidRPr="00C36E75">
        <w:rPr>
          <w:rFonts w:ascii="Boston" w:hAnsi="Boston"/>
          <w:sz w:val="24"/>
          <w:szCs w:val="24"/>
        </w:rPr>
        <w:t>przypadku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rażącego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naruszania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zasad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bezpieczeństwa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lub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stwarzania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zagrożenia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dla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siebie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albo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innych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osób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CKiB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może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odmówić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dalszego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udziału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uczestnika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r w:rsidR="00C36E75">
        <w:rPr>
          <w:rFonts w:ascii="Boston" w:hAnsi="Boston"/>
          <w:sz w:val="24"/>
          <w:szCs w:val="24"/>
        </w:rPr>
        <w:br/>
      </w:r>
      <w:r w:rsidRPr="00C36E75">
        <w:rPr>
          <w:rFonts w:ascii="Boston" w:hAnsi="Boston"/>
          <w:sz w:val="24"/>
          <w:szCs w:val="24"/>
        </w:rPr>
        <w:t xml:space="preserve">w </w:t>
      </w:r>
      <w:proofErr w:type="spellStart"/>
      <w:r w:rsidRPr="00C36E75">
        <w:rPr>
          <w:rFonts w:ascii="Boston" w:hAnsi="Boston"/>
          <w:sz w:val="24"/>
          <w:szCs w:val="24"/>
        </w:rPr>
        <w:t>zajęciach</w:t>
      </w:r>
      <w:proofErr w:type="spellEnd"/>
      <w:r w:rsidRPr="00C36E75">
        <w:rPr>
          <w:rFonts w:ascii="Boston" w:hAnsi="Boston"/>
          <w:sz w:val="24"/>
          <w:szCs w:val="24"/>
        </w:rPr>
        <w:t>.</w:t>
      </w:r>
    </w:p>
    <w:p w14:paraId="664932ED" w14:textId="77777777" w:rsidR="0065522F" w:rsidRPr="00C36E75" w:rsidRDefault="00000000" w:rsidP="00C36E75">
      <w:pPr>
        <w:spacing w:before="200" w:after="100"/>
        <w:jc w:val="center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b/>
          <w:sz w:val="24"/>
          <w:szCs w:val="24"/>
        </w:rPr>
        <w:t>X. KORZYSTANIE Z MIENIA I WYPOSAŻENIA CKiB</w:t>
      </w:r>
    </w:p>
    <w:p w14:paraId="213388EA" w14:textId="77777777" w:rsidR="0065522F" w:rsidRPr="00C36E75" w:rsidRDefault="00000000" w:rsidP="00C36E75">
      <w:pPr>
        <w:spacing w:before="120" w:after="100"/>
        <w:jc w:val="center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b/>
          <w:sz w:val="24"/>
          <w:szCs w:val="24"/>
        </w:rPr>
        <w:t>§ 10.</w:t>
      </w:r>
    </w:p>
    <w:p w14:paraId="5118322D" w14:textId="77777777" w:rsidR="0065522F" w:rsidRPr="00C36E75" w:rsidRDefault="00000000" w:rsidP="00C36E75">
      <w:pPr>
        <w:spacing w:after="80"/>
        <w:jc w:val="both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sz w:val="24"/>
          <w:szCs w:val="24"/>
        </w:rPr>
        <w:t>1. Z wyposażenia pomieszczeń i urządzeń wykorzystywanych podczas zajęć można korzystać wyłącznie zgodnie z ich przeznaczeniem oraz poleceniami instruktora.</w:t>
      </w:r>
    </w:p>
    <w:p w14:paraId="2849D8E4" w14:textId="77777777" w:rsidR="0065522F" w:rsidRPr="00C36E75" w:rsidRDefault="00000000" w:rsidP="00C36E75">
      <w:pPr>
        <w:spacing w:after="80"/>
        <w:jc w:val="both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sz w:val="24"/>
          <w:szCs w:val="24"/>
        </w:rPr>
        <w:t>2. Uczestnik zobowiązany jest do poszanowania mienia CKiB oraz mienia innych uczestników.</w:t>
      </w:r>
    </w:p>
    <w:p w14:paraId="341275ED" w14:textId="77777777" w:rsidR="0065522F" w:rsidRPr="00C36E75" w:rsidRDefault="00000000" w:rsidP="00C36E75">
      <w:pPr>
        <w:spacing w:after="80"/>
        <w:jc w:val="both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sz w:val="24"/>
          <w:szCs w:val="24"/>
        </w:rPr>
        <w:lastRenderedPageBreak/>
        <w:t>3. Uczestnik ponosi odpowiedzialność za szkody wyrządzone przez siebie w mieniu CKiB na zasadach wynikających z obowiązujących przepisów prawa.</w:t>
      </w:r>
    </w:p>
    <w:p w14:paraId="4342C96F" w14:textId="77777777" w:rsidR="0065522F" w:rsidRPr="00C36E75" w:rsidRDefault="00000000" w:rsidP="00C36E75">
      <w:pPr>
        <w:spacing w:after="80"/>
        <w:jc w:val="both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sz w:val="24"/>
          <w:szCs w:val="24"/>
        </w:rPr>
        <w:t>4. W przypadku osoby małoletniej za szkodę wyrządzoną przez dziecko odpowiada rodzic lub opiekun prawny w zakresie wynikającym z obowiązujących przepisów.</w:t>
      </w:r>
    </w:p>
    <w:p w14:paraId="743673F9" w14:textId="77777777" w:rsidR="0065522F" w:rsidRPr="00C36E75" w:rsidRDefault="00000000" w:rsidP="00C36E75">
      <w:pPr>
        <w:spacing w:after="80"/>
        <w:jc w:val="both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sz w:val="24"/>
          <w:szCs w:val="24"/>
        </w:rPr>
        <w:t>5. Uczestnicy zobowiązani są do pozostawienia miejsca zajęć w należytym porządku.</w:t>
      </w:r>
    </w:p>
    <w:p w14:paraId="680C10B0" w14:textId="77777777" w:rsidR="0065522F" w:rsidRPr="00C36E75" w:rsidRDefault="00000000" w:rsidP="00C36E75">
      <w:pPr>
        <w:spacing w:after="80"/>
        <w:jc w:val="both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sz w:val="24"/>
          <w:szCs w:val="24"/>
        </w:rPr>
        <w:t>6. CKiB nie ponosi odpowiedzialności za rzeczy osobiste pozostawione przez uczestników bez nadzoru.</w:t>
      </w:r>
    </w:p>
    <w:p w14:paraId="31E92C3F" w14:textId="77777777" w:rsidR="0065522F" w:rsidRPr="00C36E75" w:rsidRDefault="00000000" w:rsidP="00C36E75">
      <w:pPr>
        <w:spacing w:before="200" w:after="100"/>
        <w:jc w:val="center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b/>
          <w:sz w:val="24"/>
          <w:szCs w:val="24"/>
        </w:rPr>
        <w:t>XI. DANE OSOBOWE</w:t>
      </w:r>
    </w:p>
    <w:p w14:paraId="59532D79" w14:textId="77777777" w:rsidR="0065522F" w:rsidRPr="00C36E75" w:rsidRDefault="00000000" w:rsidP="00C36E75">
      <w:pPr>
        <w:spacing w:before="120" w:after="100"/>
        <w:jc w:val="center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b/>
          <w:sz w:val="24"/>
          <w:szCs w:val="24"/>
        </w:rPr>
        <w:t>§ 11.</w:t>
      </w:r>
    </w:p>
    <w:p w14:paraId="67046AD3" w14:textId="77777777" w:rsidR="0065522F" w:rsidRPr="00C36E75" w:rsidRDefault="00000000" w:rsidP="00C36E75">
      <w:pPr>
        <w:spacing w:after="80"/>
        <w:jc w:val="both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sz w:val="24"/>
          <w:szCs w:val="24"/>
        </w:rPr>
        <w:t>1. Dane osobowe uczestników są przetwarzane w związku z organizacją i realizacją zajęć przez CKiB, zgodnie z obowiązującymi przepisami o ochronie danych osobowych.</w:t>
      </w:r>
    </w:p>
    <w:p w14:paraId="2F8301C3" w14:textId="77777777" w:rsidR="0065522F" w:rsidRPr="00C36E75" w:rsidRDefault="00000000" w:rsidP="00C36E75">
      <w:pPr>
        <w:spacing w:after="80"/>
        <w:jc w:val="both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sz w:val="24"/>
          <w:szCs w:val="24"/>
        </w:rPr>
        <w:t>2. Dane przekazywane podczas rejestracji w Strefie Zajęć są przetwarzane w zakresie niezbędnym do dokonania zapisu, zawarcia i realizacji umowy uczestnictwa oraz prowadzenia dokumentacji związanej z udziałem w zajęciach.</w:t>
      </w:r>
    </w:p>
    <w:p w14:paraId="4FE758E6" w14:textId="77777777" w:rsidR="0065522F" w:rsidRPr="00C36E75" w:rsidRDefault="00000000" w:rsidP="00C36E75">
      <w:pPr>
        <w:spacing w:after="80"/>
        <w:jc w:val="both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sz w:val="24"/>
          <w:szCs w:val="24"/>
        </w:rPr>
        <w:t>3. W ramach rejestracji mogą być przetwarzane w szczególności: imię i nazwisko, adres poczty elektronicznej, numer telefonu, adres, data urodzenia, a w przypadku uczestników małoletnich również dane rodzica lub opiekuna prawnego – w zakresie wymaganym do realizacji uczestnictwa.</w:t>
      </w:r>
    </w:p>
    <w:p w14:paraId="794A5F32" w14:textId="702E3B12" w:rsidR="0065522F" w:rsidRPr="00C36E75" w:rsidRDefault="00000000" w:rsidP="00C36E75">
      <w:pPr>
        <w:spacing w:after="80"/>
        <w:jc w:val="both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sz w:val="24"/>
          <w:szCs w:val="24"/>
        </w:rPr>
        <w:t xml:space="preserve">4. </w:t>
      </w:r>
      <w:proofErr w:type="spellStart"/>
      <w:r w:rsidRPr="00C36E75">
        <w:rPr>
          <w:rFonts w:ascii="Boston" w:hAnsi="Boston"/>
          <w:sz w:val="24"/>
          <w:szCs w:val="24"/>
        </w:rPr>
        <w:t>Szczegółowe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informacje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dotyczące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przetwarzania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danych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osobowych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znajdują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się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r w:rsidR="00C36E75">
        <w:rPr>
          <w:rFonts w:ascii="Boston" w:hAnsi="Boston"/>
          <w:sz w:val="24"/>
          <w:szCs w:val="24"/>
        </w:rPr>
        <w:br/>
      </w:r>
      <w:r w:rsidRPr="00C36E75">
        <w:rPr>
          <w:rFonts w:ascii="Boston" w:hAnsi="Boston"/>
          <w:sz w:val="24"/>
          <w:szCs w:val="24"/>
        </w:rPr>
        <w:t xml:space="preserve">w </w:t>
      </w:r>
      <w:proofErr w:type="spellStart"/>
      <w:r w:rsidRPr="00C36E75">
        <w:rPr>
          <w:rFonts w:ascii="Boston" w:hAnsi="Boston"/>
          <w:sz w:val="24"/>
          <w:szCs w:val="24"/>
        </w:rPr>
        <w:t>obowiązującej</w:t>
      </w:r>
      <w:proofErr w:type="spellEnd"/>
      <w:r w:rsidRPr="00C36E75">
        <w:rPr>
          <w:rFonts w:ascii="Boston" w:hAnsi="Boston"/>
          <w:sz w:val="24"/>
          <w:szCs w:val="24"/>
        </w:rPr>
        <w:t xml:space="preserve"> w </w:t>
      </w:r>
      <w:proofErr w:type="spellStart"/>
      <w:r w:rsidRPr="00C36E75">
        <w:rPr>
          <w:rFonts w:ascii="Boston" w:hAnsi="Boston"/>
          <w:sz w:val="24"/>
          <w:szCs w:val="24"/>
        </w:rPr>
        <w:t>CKiB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klauzuli</w:t>
      </w:r>
      <w:proofErr w:type="spellEnd"/>
      <w:r w:rsidRPr="00C36E75">
        <w:rPr>
          <w:rFonts w:ascii="Boston" w:hAnsi="Boston"/>
          <w:sz w:val="24"/>
          <w:szCs w:val="24"/>
        </w:rPr>
        <w:t xml:space="preserve"> informacyjnej.</w:t>
      </w:r>
    </w:p>
    <w:p w14:paraId="3532F3BB" w14:textId="389D0DA9" w:rsidR="0065522F" w:rsidRPr="00C36E75" w:rsidRDefault="00000000" w:rsidP="00C36E75">
      <w:pPr>
        <w:spacing w:after="80"/>
        <w:jc w:val="both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sz w:val="24"/>
          <w:szCs w:val="24"/>
        </w:rPr>
        <w:t xml:space="preserve">5. Zgoda </w:t>
      </w:r>
      <w:proofErr w:type="spellStart"/>
      <w:r w:rsidRPr="00C36E75">
        <w:rPr>
          <w:rFonts w:ascii="Boston" w:hAnsi="Boston"/>
          <w:sz w:val="24"/>
          <w:szCs w:val="24"/>
        </w:rPr>
        <w:t>na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utrwalanie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i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publikację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wizerunku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uczestnika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nie</w:t>
      </w:r>
      <w:proofErr w:type="spellEnd"/>
      <w:r w:rsidRPr="00C36E75">
        <w:rPr>
          <w:rFonts w:ascii="Boston" w:hAnsi="Boston"/>
          <w:sz w:val="24"/>
          <w:szCs w:val="24"/>
        </w:rPr>
        <w:t xml:space="preserve"> jest </w:t>
      </w:r>
      <w:proofErr w:type="spellStart"/>
      <w:r w:rsidRPr="00C36E75">
        <w:rPr>
          <w:rFonts w:ascii="Boston" w:hAnsi="Boston"/>
          <w:sz w:val="24"/>
          <w:szCs w:val="24"/>
        </w:rPr>
        <w:t>warunkiem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proofErr w:type="spellStart"/>
      <w:r w:rsidRPr="00C36E75">
        <w:rPr>
          <w:rFonts w:ascii="Boston" w:hAnsi="Boston"/>
          <w:sz w:val="24"/>
          <w:szCs w:val="24"/>
        </w:rPr>
        <w:t>udziału</w:t>
      </w:r>
      <w:proofErr w:type="spellEnd"/>
      <w:r w:rsidRPr="00C36E75">
        <w:rPr>
          <w:rFonts w:ascii="Boston" w:hAnsi="Boston"/>
          <w:sz w:val="24"/>
          <w:szCs w:val="24"/>
        </w:rPr>
        <w:t xml:space="preserve"> </w:t>
      </w:r>
      <w:r w:rsidR="00C36E75">
        <w:rPr>
          <w:rFonts w:ascii="Boston" w:hAnsi="Boston"/>
          <w:sz w:val="24"/>
          <w:szCs w:val="24"/>
        </w:rPr>
        <w:br/>
      </w:r>
      <w:r w:rsidRPr="00C36E75">
        <w:rPr>
          <w:rFonts w:ascii="Boston" w:hAnsi="Boston"/>
          <w:sz w:val="24"/>
          <w:szCs w:val="24"/>
        </w:rPr>
        <w:t xml:space="preserve">w </w:t>
      </w:r>
      <w:proofErr w:type="spellStart"/>
      <w:r w:rsidRPr="00C36E75">
        <w:rPr>
          <w:rFonts w:ascii="Boston" w:hAnsi="Boston"/>
          <w:sz w:val="24"/>
          <w:szCs w:val="24"/>
        </w:rPr>
        <w:t>zajęciach</w:t>
      </w:r>
      <w:proofErr w:type="spellEnd"/>
      <w:r w:rsidRPr="00C36E75">
        <w:rPr>
          <w:rFonts w:ascii="Boston" w:hAnsi="Boston"/>
          <w:sz w:val="24"/>
          <w:szCs w:val="24"/>
        </w:rPr>
        <w:t>. Zgoda dotycząca wizerunku jest udzielana odrębnie w procesie rejestracji.</w:t>
      </w:r>
    </w:p>
    <w:p w14:paraId="7EBD1C6E" w14:textId="77777777" w:rsidR="0065522F" w:rsidRPr="00C36E75" w:rsidRDefault="00000000" w:rsidP="00C36E75">
      <w:pPr>
        <w:spacing w:after="80"/>
        <w:jc w:val="both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sz w:val="24"/>
          <w:szCs w:val="24"/>
        </w:rPr>
        <w:t>6. Zgoda na otrzymywanie informacji/newslettera CKiB jest odrębna od zapisu na zajęcia i nie stanowi warunku uczestnictwa w zajęciach.</w:t>
      </w:r>
    </w:p>
    <w:p w14:paraId="37F89D73" w14:textId="77777777" w:rsidR="0065522F" w:rsidRPr="00C36E75" w:rsidRDefault="00000000" w:rsidP="00C36E75">
      <w:pPr>
        <w:spacing w:before="200" w:after="100"/>
        <w:jc w:val="center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b/>
          <w:sz w:val="24"/>
          <w:szCs w:val="24"/>
        </w:rPr>
        <w:t>XII. POSTANOWIENIA KOŃCOWE</w:t>
      </w:r>
    </w:p>
    <w:p w14:paraId="57BD176C" w14:textId="77777777" w:rsidR="0065522F" w:rsidRPr="00C36E75" w:rsidRDefault="00000000" w:rsidP="00C36E75">
      <w:pPr>
        <w:spacing w:before="120" w:after="100"/>
        <w:jc w:val="center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b/>
          <w:sz w:val="24"/>
          <w:szCs w:val="24"/>
        </w:rPr>
        <w:t>§ 12.</w:t>
      </w:r>
    </w:p>
    <w:p w14:paraId="0C38717D" w14:textId="77777777" w:rsidR="0065522F" w:rsidRPr="00C36E75" w:rsidRDefault="00000000" w:rsidP="00C36E75">
      <w:pPr>
        <w:spacing w:after="80"/>
        <w:jc w:val="both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sz w:val="24"/>
          <w:szCs w:val="24"/>
        </w:rPr>
        <w:t>1. Uczestnicy, a w przypadku osób małoletnich ich rodzice lub opiekunowie prawni, zobowiązani są do zapoznania się z niniejszym Regulaminem przed dokonaniem zapisu na zajęcia.</w:t>
      </w:r>
    </w:p>
    <w:p w14:paraId="6C66876C" w14:textId="77777777" w:rsidR="0065522F" w:rsidRPr="00C36E75" w:rsidRDefault="00000000" w:rsidP="00C36E75">
      <w:pPr>
        <w:spacing w:after="80"/>
        <w:jc w:val="both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sz w:val="24"/>
          <w:szCs w:val="24"/>
        </w:rPr>
        <w:t>2. Dokonanie zapisu za pośrednictwem Strefy Zajęć oznacza akceptację niniejszego Regulaminu oraz zasad odpłatności obowiązujących dla wybranych zajęć.</w:t>
      </w:r>
    </w:p>
    <w:p w14:paraId="34663139" w14:textId="77777777" w:rsidR="0065522F" w:rsidRPr="00C36E75" w:rsidRDefault="00000000" w:rsidP="00C36E75">
      <w:pPr>
        <w:spacing w:after="80"/>
        <w:jc w:val="both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sz w:val="24"/>
          <w:szCs w:val="24"/>
        </w:rPr>
        <w:lastRenderedPageBreak/>
        <w:t>3. Aktualne informacje dotyczące zajęć, w tym terminy, godziny, miejsca, dostępność miejsc i wysokość opłat, publikowane są w Strefie Zajęć oraz na stronie internetowej CKiB.</w:t>
      </w:r>
    </w:p>
    <w:p w14:paraId="4F7B1C44" w14:textId="77777777" w:rsidR="0065522F" w:rsidRPr="00C36E75" w:rsidRDefault="00000000" w:rsidP="00C36E75">
      <w:pPr>
        <w:spacing w:after="80"/>
        <w:jc w:val="both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sz w:val="24"/>
          <w:szCs w:val="24"/>
        </w:rPr>
        <w:t>4. CKiB może aktualizować informacje dotyczące poszczególnych zajęć bez konieczności zmiany niniejszego Regulaminu, o ile zmiana nie dotyczy zasad określonych w Regulaminie.</w:t>
      </w:r>
    </w:p>
    <w:p w14:paraId="40F83E43" w14:textId="77777777" w:rsidR="0065522F" w:rsidRPr="00C36E75" w:rsidRDefault="00000000" w:rsidP="00C36E75">
      <w:pPr>
        <w:spacing w:after="80"/>
        <w:jc w:val="both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sz w:val="24"/>
          <w:szCs w:val="24"/>
        </w:rPr>
        <w:t>5. W sprawach nieuregulowanych niniejszym Regulaminem decyzje podejmuje Dyrektor CKiB, z uwzględnieniem obowiązujących przepisów prawa.</w:t>
      </w:r>
    </w:p>
    <w:p w14:paraId="0E7956DA" w14:textId="77777777" w:rsidR="0065522F" w:rsidRPr="00C36E75" w:rsidRDefault="00000000" w:rsidP="00C36E75">
      <w:pPr>
        <w:spacing w:after="80"/>
        <w:jc w:val="both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sz w:val="24"/>
          <w:szCs w:val="24"/>
        </w:rPr>
        <w:t>6. Regulamin jest dostępny na stronie internetowej CKiB oraz w siedzibie CKiB.</w:t>
      </w:r>
    </w:p>
    <w:p w14:paraId="600599BF" w14:textId="77777777" w:rsidR="0065522F" w:rsidRPr="00C36E75" w:rsidRDefault="00000000" w:rsidP="00C36E75">
      <w:pPr>
        <w:spacing w:after="80"/>
        <w:jc w:val="both"/>
        <w:rPr>
          <w:rFonts w:ascii="Boston" w:hAnsi="Boston"/>
          <w:sz w:val="24"/>
          <w:szCs w:val="24"/>
        </w:rPr>
      </w:pPr>
      <w:r w:rsidRPr="00C36E75">
        <w:rPr>
          <w:rFonts w:ascii="Boston" w:hAnsi="Boston"/>
          <w:sz w:val="24"/>
          <w:szCs w:val="24"/>
        </w:rPr>
        <w:t>7. Regulamin wchodzi w życie z dniem 1 września 2026 r.</w:t>
      </w:r>
    </w:p>
    <w:p w14:paraId="49D3730D" w14:textId="728A0035" w:rsidR="0065522F" w:rsidRPr="00C36E75" w:rsidRDefault="0065522F" w:rsidP="00C36E75">
      <w:pPr>
        <w:spacing w:after="80"/>
        <w:jc w:val="both"/>
        <w:rPr>
          <w:rFonts w:ascii="Boston" w:hAnsi="Boston"/>
          <w:sz w:val="24"/>
          <w:szCs w:val="24"/>
        </w:rPr>
      </w:pPr>
    </w:p>
    <w:sectPr w:rsidR="0065522F" w:rsidRPr="00C36E75" w:rsidSect="00034616">
      <w:pgSz w:w="12240" w:h="15840"/>
      <w:pgMar w:top="1247" w:right="1417" w:bottom="124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14F738" w14:textId="77777777" w:rsidR="00B817A1" w:rsidRDefault="00B817A1">
      <w:pPr>
        <w:spacing w:after="0" w:line="240" w:lineRule="auto"/>
      </w:pPr>
      <w:r>
        <w:separator/>
      </w:r>
    </w:p>
  </w:endnote>
  <w:endnote w:type="continuationSeparator" w:id="0">
    <w:p w14:paraId="76E5A168" w14:textId="77777777" w:rsidR="00B817A1" w:rsidRDefault="00B81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Boston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037E26" w14:textId="77777777" w:rsidR="00B817A1" w:rsidRDefault="00B817A1">
      <w:pPr>
        <w:spacing w:after="0" w:line="240" w:lineRule="auto"/>
      </w:pPr>
      <w:r>
        <w:separator/>
      </w:r>
    </w:p>
  </w:footnote>
  <w:footnote w:type="continuationSeparator" w:id="0">
    <w:p w14:paraId="6525A5AC" w14:textId="77777777" w:rsidR="00B817A1" w:rsidRDefault="00B817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94520573">
    <w:abstractNumId w:val="8"/>
  </w:num>
  <w:num w:numId="2" w16cid:durableId="1996452862">
    <w:abstractNumId w:val="6"/>
  </w:num>
  <w:num w:numId="3" w16cid:durableId="1112670479">
    <w:abstractNumId w:val="5"/>
  </w:num>
  <w:num w:numId="4" w16cid:durableId="1688213901">
    <w:abstractNumId w:val="4"/>
  </w:num>
  <w:num w:numId="5" w16cid:durableId="620184247">
    <w:abstractNumId w:val="7"/>
  </w:num>
  <w:num w:numId="6" w16cid:durableId="1706978325">
    <w:abstractNumId w:val="3"/>
  </w:num>
  <w:num w:numId="7" w16cid:durableId="1755667314">
    <w:abstractNumId w:val="2"/>
  </w:num>
  <w:num w:numId="8" w16cid:durableId="827787504">
    <w:abstractNumId w:val="1"/>
  </w:num>
  <w:num w:numId="9" w16cid:durableId="2576410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D126B"/>
    <w:rsid w:val="00326F90"/>
    <w:rsid w:val="003301F9"/>
    <w:rsid w:val="0065522F"/>
    <w:rsid w:val="008313B1"/>
    <w:rsid w:val="00A7771C"/>
    <w:rsid w:val="00AA1D8D"/>
    <w:rsid w:val="00B47730"/>
    <w:rsid w:val="00B75431"/>
    <w:rsid w:val="00B817A1"/>
    <w:rsid w:val="00BC2DFE"/>
    <w:rsid w:val="00C36E75"/>
    <w:rsid w:val="00CB0664"/>
    <w:rsid w:val="00E46A88"/>
    <w:rsid w:val="00FB03E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E7684A"/>
  <w14:defaultImageDpi w14:val="300"/>
  <w15:docId w15:val="{E2B85CA3-BD93-42FC-9D90-1A113D6D9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rial" w:hAnsi="Arial"/>
      <w:sz w:val="21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2136</Words>
  <Characters>12820</Characters>
  <Application>Microsoft Office Word</Application>
  <DocSecurity>0</DocSecurity>
  <Lines>106</Lines>
  <Paragraphs>29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14927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Klaudia Korduła-Krybus</cp:lastModifiedBy>
  <cp:revision>6</cp:revision>
  <dcterms:created xsi:type="dcterms:W3CDTF">2026-09-07T20:30:00Z</dcterms:created>
  <dcterms:modified xsi:type="dcterms:W3CDTF">2026-09-08T06:33:00Z</dcterms:modified>
  <cp:category/>
</cp:coreProperties>
</file>